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2CBC3" w14:textId="6E46B45F" w:rsidR="00294B7A" w:rsidRDefault="00F806CF">
      <w:pPr>
        <w:jc w:val="both"/>
      </w:pPr>
      <w:r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15. </w:t>
      </w:r>
      <w:proofErr w:type="spellStart"/>
      <w:r>
        <w:t>stavka</w:t>
      </w:r>
      <w:proofErr w:type="spellEnd"/>
      <w:r>
        <w:t xml:space="preserve"> 2.,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člankom</w:t>
      </w:r>
      <w:proofErr w:type="spellEnd"/>
      <w:r>
        <w:t xml:space="preserve"> 12.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(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novine</w:t>
      </w:r>
      <w:proofErr w:type="spellEnd"/>
      <w:r>
        <w:t xml:space="preserve">, br. 120/16, 114/22 </w:t>
      </w:r>
      <w:proofErr w:type="spellStart"/>
      <w:r>
        <w:t>i</w:t>
      </w:r>
      <w:proofErr w:type="spellEnd"/>
      <w:r>
        <w:t xml:space="preserve"> 48/26)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29.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Vladimira</w:t>
      </w:r>
      <w:proofErr w:type="spellEnd"/>
      <w:r>
        <w:t xml:space="preserve"> Nazora, </w:t>
      </w:r>
      <w:proofErr w:type="spellStart"/>
      <w:r>
        <w:t>Školski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Vladimira</w:t>
      </w:r>
      <w:proofErr w:type="spellEnd"/>
      <w:r>
        <w:t xml:space="preserve"> Nazora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održanoj</w:t>
      </w:r>
      <w:proofErr w:type="spellEnd"/>
      <w:r>
        <w:t xml:space="preserve"> </w:t>
      </w:r>
      <w:r w:rsidR="00516CB6">
        <w:t>21.10.2026.</w:t>
      </w:r>
      <w:r>
        <w:t xml:space="preserve"> </w:t>
      </w:r>
      <w:proofErr w:type="spellStart"/>
      <w:r w:rsidR="00516CB6">
        <w:t>godine</w:t>
      </w:r>
      <w:proofErr w:type="spellEnd"/>
      <w:r w:rsidR="00516CB6">
        <w:t xml:space="preserve"> </w:t>
      </w:r>
      <w:proofErr w:type="spellStart"/>
      <w:r>
        <w:t>donosi</w:t>
      </w:r>
      <w:proofErr w:type="spellEnd"/>
    </w:p>
    <w:p w14:paraId="1EDFCC96" w14:textId="77777777" w:rsidR="00294B7A" w:rsidRDefault="00F806CF">
      <w:pPr>
        <w:pStyle w:val="Title"/>
        <w:spacing w:after="160"/>
        <w:jc w:val="center"/>
      </w:pPr>
      <w:r>
        <w:rPr>
          <w:sz w:val="26"/>
        </w:rPr>
        <w:t>PRAVILNIK O PROVEDBI POSTUPAKA JEDNOSTAVNE NABAVE</w:t>
      </w:r>
    </w:p>
    <w:p w14:paraId="0AB85AAE" w14:textId="77777777" w:rsidR="00294B7A" w:rsidRDefault="00F806CF">
      <w:pPr>
        <w:pStyle w:val="Heading1"/>
        <w:spacing w:before="160"/>
      </w:pPr>
      <w:r>
        <w:t>I OPĆE ODREDBE</w:t>
      </w:r>
    </w:p>
    <w:p w14:paraId="5D7B83ED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1.</w:t>
      </w:r>
    </w:p>
    <w:p w14:paraId="6680F635" w14:textId="77777777" w:rsidR="00294B7A" w:rsidRDefault="00F806CF">
      <w:pPr>
        <w:jc w:val="both"/>
      </w:pPr>
      <w:proofErr w:type="spellStart"/>
      <w:r>
        <w:t>Ovim</w:t>
      </w:r>
      <w:proofErr w:type="spellEnd"/>
      <w:r>
        <w:t xml:space="preserve"> se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jednostavna</w:t>
      </w:r>
      <w:proofErr w:type="spellEnd"/>
      <w:r>
        <w:t xml:space="preserve"> </w:t>
      </w:r>
      <w:proofErr w:type="spellStart"/>
      <w:r>
        <w:t>nabava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provedba</w:t>
      </w:r>
      <w:proofErr w:type="spellEnd"/>
      <w:r>
        <w:t xml:space="preserve"> </w:t>
      </w:r>
      <w:proofErr w:type="spellStart"/>
      <w:r>
        <w:t>projektnih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50.000,00 </w:t>
      </w:r>
      <w:proofErr w:type="spellStart"/>
      <w:r>
        <w:t>eura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100.000,00 </w:t>
      </w:r>
      <w:proofErr w:type="spellStart"/>
      <w:r>
        <w:t>eura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Vladimira</w:t>
      </w:r>
      <w:proofErr w:type="spellEnd"/>
      <w:r>
        <w:t xml:space="preserve"> Nazora (u </w:t>
      </w:r>
      <w:proofErr w:type="spellStart"/>
      <w:r>
        <w:t>daljnjem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Škola</w:t>
      </w:r>
      <w:proofErr w:type="spellEnd"/>
      <w:r>
        <w:t>).</w:t>
      </w:r>
    </w:p>
    <w:p w14:paraId="7C724AA8" w14:textId="77777777" w:rsidR="00294B7A" w:rsidRDefault="00F806CF">
      <w:pPr>
        <w:jc w:val="both"/>
      </w:pPr>
      <w:proofErr w:type="spellStart"/>
      <w:r>
        <w:t>Sve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Pravilniku</w:t>
      </w:r>
      <w:proofErr w:type="spellEnd"/>
      <w:r>
        <w:t xml:space="preserve"> </w:t>
      </w:r>
      <w:proofErr w:type="spellStart"/>
      <w:r>
        <w:t>iskazane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bez PDV-a.</w:t>
      </w:r>
    </w:p>
    <w:p w14:paraId="47A71574" w14:textId="77777777" w:rsidR="00294B7A" w:rsidRDefault="00F806CF">
      <w:pPr>
        <w:jc w:val="both"/>
      </w:pPr>
      <w:proofErr w:type="spellStart"/>
      <w:r>
        <w:t>Škola</w:t>
      </w:r>
      <w:proofErr w:type="spellEnd"/>
      <w:r>
        <w:t xml:space="preserve"> u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4.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(u </w:t>
      </w:r>
      <w:proofErr w:type="spellStart"/>
      <w:r>
        <w:t>daljnjem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Zakon</w:t>
      </w:r>
      <w:proofErr w:type="spellEnd"/>
      <w:r>
        <w:t xml:space="preserve">) </w:t>
      </w:r>
      <w:proofErr w:type="spellStart"/>
      <w:r>
        <w:t>te</w:t>
      </w:r>
      <w:proofErr w:type="spellEnd"/>
      <w:r>
        <w:t xml:space="preserve"> </w:t>
      </w:r>
      <w:proofErr w:type="spellStart"/>
      <w:r>
        <w:t>sprječava</w:t>
      </w:r>
      <w:proofErr w:type="spellEnd"/>
      <w:r>
        <w:t xml:space="preserve">, </w:t>
      </w:r>
      <w:proofErr w:type="spellStart"/>
      <w:r>
        <w:t>prepoznaje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uklanja</w:t>
      </w:r>
      <w:proofErr w:type="spellEnd"/>
      <w:r>
        <w:t xml:space="preserve"> </w:t>
      </w:r>
      <w:proofErr w:type="spellStart"/>
      <w:r>
        <w:t>sukobe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članaka</w:t>
      </w:r>
      <w:proofErr w:type="spellEnd"/>
      <w:r>
        <w:t xml:space="preserve"> 75. do 83. </w:t>
      </w:r>
      <w:proofErr w:type="spellStart"/>
      <w:r>
        <w:t>Zakona</w:t>
      </w:r>
      <w:proofErr w:type="spellEnd"/>
      <w:r>
        <w:t>.</w:t>
      </w:r>
    </w:p>
    <w:p w14:paraId="6FEED7E2" w14:textId="77777777" w:rsidR="00294B7A" w:rsidRDefault="00F806CF">
      <w:pPr>
        <w:jc w:val="both"/>
      </w:pPr>
      <w:proofErr w:type="spellStart"/>
      <w:r>
        <w:t>Ako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 Grad Zagreb </w:t>
      </w:r>
      <w:proofErr w:type="spellStart"/>
      <w:r>
        <w:t>ili</w:t>
      </w:r>
      <w:proofErr w:type="spellEnd"/>
      <w:r>
        <w:t xml:space="preserve"> s </w:t>
      </w:r>
      <w:proofErr w:type="spellStart"/>
      <w:r>
        <w:t>Gradom</w:t>
      </w:r>
      <w:proofErr w:type="spellEnd"/>
      <w:r>
        <w:t xml:space="preserve"> </w:t>
      </w:r>
      <w:proofErr w:type="spellStart"/>
      <w:r>
        <w:t>Zagrebom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taj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pravilima</w:t>
      </w:r>
      <w:proofErr w:type="spellEnd"/>
      <w:r>
        <w:t xml:space="preserve">, </w:t>
      </w:r>
      <w:proofErr w:type="spellStart"/>
      <w:r>
        <w:t>uvjetima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Zagreba</w:t>
      </w:r>
      <w:proofErr w:type="spellEnd"/>
      <w:r>
        <w:t xml:space="preserve">. U </w:t>
      </w:r>
      <w:proofErr w:type="spellStart"/>
      <w:r>
        <w:t>tim</w:t>
      </w:r>
      <w:proofErr w:type="spellEnd"/>
      <w:r>
        <w:t xml:space="preserve"> se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o </w:t>
      </w:r>
      <w:proofErr w:type="spellStart"/>
      <w:r>
        <w:t>prigovoru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Odluci</w:t>
      </w:r>
      <w:proofErr w:type="spellEnd"/>
      <w:r>
        <w:t>.</w:t>
      </w:r>
    </w:p>
    <w:p w14:paraId="38DCE3A6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2.</w:t>
      </w:r>
    </w:p>
    <w:p w14:paraId="0D163C89" w14:textId="77777777" w:rsidR="00294B7A" w:rsidRDefault="00F806CF">
      <w:pPr>
        <w:jc w:val="both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objektivna</w:t>
      </w:r>
      <w:proofErr w:type="spellEnd"/>
      <w:r>
        <w:t xml:space="preserve"> </w:t>
      </w:r>
      <w:proofErr w:type="spellStart"/>
      <w:r>
        <w:t>cjelina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opisuje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neutralno</w:t>
      </w:r>
      <w:proofErr w:type="spellEnd"/>
      <w:r>
        <w:t xml:space="preserve">, bez </w:t>
      </w:r>
      <w:proofErr w:type="spellStart"/>
      <w:r>
        <w:t>pogodovanja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gospodarskom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usporedive</w:t>
      </w:r>
      <w:proofErr w:type="spellEnd"/>
      <w:r>
        <w:t>.</w:t>
      </w:r>
    </w:p>
    <w:p w14:paraId="291D1675" w14:textId="77777777" w:rsidR="00294B7A" w:rsidRDefault="00F806CF">
      <w:pPr>
        <w:jc w:val="both"/>
      </w:pPr>
      <w:proofErr w:type="spellStart"/>
      <w:r>
        <w:t>Procijenjena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opcije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moguća</w:t>
      </w:r>
      <w:proofErr w:type="spellEnd"/>
      <w:r>
        <w:t xml:space="preserve"> </w:t>
      </w:r>
      <w:proofErr w:type="spellStart"/>
      <w:r>
        <w:t>obnavljanja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. </w:t>
      </w:r>
      <w:proofErr w:type="spellStart"/>
      <w:r>
        <w:t>Nabava</w:t>
      </w:r>
      <w:proofErr w:type="spellEnd"/>
      <w:r>
        <w:t xml:space="preserve"> se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dijeliti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izbjegavanja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5BF3534E" w14:textId="77777777" w:rsidR="00294B7A" w:rsidRDefault="00F806CF">
      <w:pPr>
        <w:pStyle w:val="Heading1"/>
        <w:spacing w:before="160"/>
      </w:pPr>
      <w:r>
        <w:t>II PROVEDBA POSTUPAKA JEDNOSTAVNE NABAVE</w:t>
      </w:r>
    </w:p>
    <w:p w14:paraId="20CFB825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3.</w:t>
      </w:r>
    </w:p>
    <w:p w14:paraId="5BD830FE" w14:textId="77777777" w:rsidR="00294B7A" w:rsidRDefault="00F806CF">
      <w:pPr>
        <w:jc w:val="both"/>
      </w:pPr>
      <w:proofErr w:type="spellStart"/>
      <w:r>
        <w:t>Postupak</w:t>
      </w:r>
      <w:proofErr w:type="spellEnd"/>
      <w:r>
        <w:t xml:space="preserve"> se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ravnatelja</w:t>
      </w:r>
      <w:proofErr w:type="spellEnd"/>
      <w:r>
        <w:t xml:space="preserve">, a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slanjem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objavom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>.</w:t>
      </w:r>
    </w:p>
    <w:p w14:paraId="0FDC5A0A" w14:textId="77777777" w:rsidR="00294B7A" w:rsidRDefault="00F806CF">
      <w:pPr>
        <w:jc w:val="both"/>
      </w:pPr>
      <w:proofErr w:type="spellStart"/>
      <w:r>
        <w:t>Nabavu</w:t>
      </w:r>
      <w:proofErr w:type="spellEnd"/>
      <w:r>
        <w:t xml:space="preserve"> </w:t>
      </w:r>
      <w:proofErr w:type="spellStart"/>
      <w:r>
        <w:t>manju</w:t>
      </w:r>
      <w:proofErr w:type="spellEnd"/>
      <w:r>
        <w:t xml:space="preserve"> od 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ravnatelj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. Za </w:t>
      </w:r>
      <w:proofErr w:type="spellStart"/>
      <w:r>
        <w:t>postupke</w:t>
      </w:r>
      <w:proofErr w:type="spellEnd"/>
      <w:r>
        <w:t xml:space="preserve"> koji se </w:t>
      </w:r>
      <w:proofErr w:type="spellStart"/>
      <w:r>
        <w:t>provode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Elektroničkog</w:t>
      </w:r>
      <w:proofErr w:type="spellEnd"/>
      <w:r>
        <w:t xml:space="preserve"> </w:t>
      </w:r>
      <w:proofErr w:type="spellStart"/>
      <w:r>
        <w:t>oglasnika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Hrvatske</w:t>
      </w:r>
      <w:proofErr w:type="spellEnd"/>
      <w:r>
        <w:t xml:space="preserve"> (u </w:t>
      </w:r>
      <w:proofErr w:type="spellStart"/>
      <w:r>
        <w:t>daljnjem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EOJN RH) </w:t>
      </w:r>
      <w:proofErr w:type="spellStart"/>
      <w:r>
        <w:t>ravnatelj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povjerenstvo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odabir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poništenje</w:t>
      </w:r>
      <w:proofErr w:type="spellEnd"/>
      <w:r>
        <w:t>.</w:t>
      </w:r>
    </w:p>
    <w:p w14:paraId="1376FC57" w14:textId="77777777" w:rsidR="00294B7A" w:rsidRDefault="00F806CF">
      <w:pPr>
        <w:jc w:val="both"/>
      </w:pPr>
      <w:proofErr w:type="spellStart"/>
      <w:r>
        <w:t>Pri</w:t>
      </w:r>
      <w:proofErr w:type="spellEnd"/>
      <w:r>
        <w:t xml:space="preserve"> </w:t>
      </w:r>
      <w:proofErr w:type="spellStart"/>
      <w:r>
        <w:t>odlučivanju</w:t>
      </w:r>
      <w:proofErr w:type="spellEnd"/>
      <w:r>
        <w:t xml:space="preserve"> o </w:t>
      </w:r>
      <w:proofErr w:type="spellStart"/>
      <w:r>
        <w:t>nabavi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sklapanju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suglasnosti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Škole</w:t>
      </w:r>
      <w:proofErr w:type="spellEnd"/>
      <w:r>
        <w:t>.</w:t>
      </w:r>
    </w:p>
    <w:p w14:paraId="56BB4CC0" w14:textId="77777777" w:rsidR="00294B7A" w:rsidRDefault="00F806CF">
      <w:pPr>
        <w:pStyle w:val="Heading1"/>
        <w:spacing w:before="160"/>
      </w:pPr>
      <w:proofErr w:type="spellStart"/>
      <w:r>
        <w:t>Nabava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procijenjenoj</w:t>
      </w:r>
      <w:proofErr w:type="spellEnd"/>
      <w:r>
        <w:t xml:space="preserve"> </w:t>
      </w:r>
      <w:proofErr w:type="spellStart"/>
      <w:r>
        <w:t>vrijednosti</w:t>
      </w:r>
      <w:proofErr w:type="spellEnd"/>
    </w:p>
    <w:p w14:paraId="6A7C55F6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4.</w:t>
      </w:r>
    </w:p>
    <w:p w14:paraId="3EFAB401" w14:textId="77777777" w:rsidR="00294B7A" w:rsidRDefault="00F806CF">
      <w:pPr>
        <w:jc w:val="both"/>
      </w:pPr>
      <w:proofErr w:type="spellStart"/>
      <w:r>
        <w:t>Nabava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se </w:t>
      </w:r>
      <w:proofErr w:type="spellStart"/>
      <w:r>
        <w:t>prikupljanjem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narudžbenica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sklapa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.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jednaka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5.000,00 </w:t>
      </w:r>
      <w:proofErr w:type="spellStart"/>
      <w:r>
        <w:t>eura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odabrati</w:t>
      </w:r>
      <w:proofErr w:type="spellEnd"/>
      <w:r>
        <w:t xml:space="preserve"> u tom </w:t>
      </w:r>
      <w:proofErr w:type="spellStart"/>
      <w:r>
        <w:t>postupku</w:t>
      </w:r>
      <w:proofErr w:type="spellEnd"/>
      <w:r>
        <w:t>.</w:t>
      </w:r>
    </w:p>
    <w:p w14:paraId="32D86AF2" w14:textId="77777777" w:rsidR="00294B7A" w:rsidRDefault="00F806CF">
      <w:pPr>
        <w:jc w:val="both"/>
      </w:pPr>
      <w:proofErr w:type="spellStart"/>
      <w:r>
        <w:lastRenderedPageBreak/>
        <w:t>Nabava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od 5.000,00 do </w:t>
      </w:r>
      <w:proofErr w:type="spellStart"/>
      <w:r>
        <w:t>uključivo</w:t>
      </w:r>
      <w:proofErr w:type="spellEnd"/>
      <w:r>
        <w:t xml:space="preserve"> 25.000,00 </w:t>
      </w:r>
      <w:proofErr w:type="spellStart"/>
      <w:r>
        <w:t>eura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od 5.000,00 do </w:t>
      </w:r>
      <w:proofErr w:type="spellStart"/>
      <w:r>
        <w:t>uključivo</w:t>
      </w:r>
      <w:proofErr w:type="spellEnd"/>
      <w:r>
        <w:t xml:space="preserve"> 45.000,00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se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RH, </w:t>
      </w:r>
      <w:proofErr w:type="spellStart"/>
      <w:r>
        <w:t>slanjem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trima</w:t>
      </w:r>
      <w:proofErr w:type="spellEnd"/>
      <w:r>
        <w:t xml:space="preserve"> </w:t>
      </w:r>
      <w:proofErr w:type="spellStart"/>
      <w:r>
        <w:t>gospodarskim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objavom</w:t>
      </w:r>
      <w:proofErr w:type="spellEnd"/>
      <w:r>
        <w:t xml:space="preserve">.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25.000,00 </w:t>
      </w:r>
      <w:proofErr w:type="spellStart"/>
      <w:r>
        <w:t>eura</w:t>
      </w:r>
      <w:proofErr w:type="spellEnd"/>
      <w:r>
        <w:t xml:space="preserve"> za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45.000,00 </w:t>
      </w:r>
      <w:proofErr w:type="spellStart"/>
      <w:r>
        <w:t>eura</w:t>
      </w:r>
      <w:proofErr w:type="spellEnd"/>
      <w:r>
        <w:t xml:space="preserve"> za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neprihvatljiva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proveden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objavom</w:t>
      </w:r>
      <w:proofErr w:type="spellEnd"/>
      <w:r>
        <w:t xml:space="preserve"> u tom </w:t>
      </w:r>
      <w:proofErr w:type="spellStart"/>
      <w:r>
        <w:t>modulu</w:t>
      </w:r>
      <w:proofErr w:type="spellEnd"/>
      <w:r>
        <w:t>.</w:t>
      </w:r>
    </w:p>
    <w:p w14:paraId="338BA4ED" w14:textId="77777777" w:rsidR="00294B7A" w:rsidRDefault="00F806CF">
      <w:pPr>
        <w:jc w:val="both"/>
      </w:pPr>
      <w:proofErr w:type="spellStart"/>
      <w:r>
        <w:t>Nabava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25.000,00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50.000,00 </w:t>
      </w:r>
      <w:proofErr w:type="spellStart"/>
      <w:r>
        <w:t>eura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45.000,00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100.000,00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se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objavom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u </w:t>
      </w:r>
      <w:proofErr w:type="spellStart"/>
      <w:r>
        <w:t>modulu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RH.</w:t>
      </w:r>
    </w:p>
    <w:p w14:paraId="0F42D7DD" w14:textId="77777777" w:rsidR="00294B7A" w:rsidRDefault="00F806CF">
      <w:pPr>
        <w:jc w:val="both"/>
      </w:pPr>
      <w:proofErr w:type="spellStart"/>
      <w:r>
        <w:t>Ponuda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jednaka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50.000,00 </w:t>
      </w:r>
      <w:proofErr w:type="spellStart"/>
      <w:r>
        <w:t>eura</w:t>
      </w:r>
      <w:proofErr w:type="spellEnd"/>
      <w:r>
        <w:t xml:space="preserve"> za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100.000,00 </w:t>
      </w:r>
      <w:proofErr w:type="spellStart"/>
      <w:r>
        <w:t>eura</w:t>
      </w:r>
      <w:proofErr w:type="spellEnd"/>
      <w:r>
        <w:t xml:space="preserve"> za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neprihvatljiva</w:t>
      </w:r>
      <w:proofErr w:type="spellEnd"/>
      <w:r>
        <w:t>.</w:t>
      </w:r>
    </w:p>
    <w:p w14:paraId="126002DE" w14:textId="77777777" w:rsidR="00294B7A" w:rsidRDefault="00F806CF">
      <w:pPr>
        <w:pStyle w:val="Heading1"/>
        <w:spacing w:before="160"/>
      </w:pPr>
      <w:proofErr w:type="spellStart"/>
      <w:r>
        <w:t>Iznimke</w:t>
      </w:r>
      <w:proofErr w:type="spellEnd"/>
      <w:r>
        <w:t xml:space="preserve"> od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085AC05D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5.</w:t>
      </w:r>
    </w:p>
    <w:p w14:paraId="1C926EBA" w14:textId="77777777" w:rsidR="00294B7A" w:rsidRDefault="00F806CF">
      <w:pPr>
        <w:jc w:val="both"/>
      </w:pPr>
      <w:proofErr w:type="spellStart"/>
      <w:r>
        <w:t>Iznimno</w:t>
      </w:r>
      <w:proofErr w:type="spellEnd"/>
      <w:r>
        <w:t xml:space="preserve"> od </w:t>
      </w:r>
      <w:proofErr w:type="spellStart"/>
      <w:r>
        <w:t>članka</w:t>
      </w:r>
      <w:proofErr w:type="spellEnd"/>
      <w:r>
        <w:t xml:space="preserve"> 4. </w:t>
      </w:r>
      <w:proofErr w:type="spellStart"/>
      <w:r>
        <w:t>stavaka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3., </w:t>
      </w:r>
      <w:proofErr w:type="spellStart"/>
      <w:r>
        <w:t>poziv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</w:t>
      </w:r>
      <w:proofErr w:type="spellStart"/>
      <w:r>
        <w:t>trima</w:t>
      </w:r>
      <w:proofErr w:type="spellEnd"/>
      <w:r>
        <w:t xml:space="preserve"> </w:t>
      </w:r>
      <w:proofErr w:type="spellStart"/>
      <w:r>
        <w:t>gospodarskim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RH:</w:t>
      </w:r>
    </w:p>
    <w:p w14:paraId="38AE9F3A" w14:textId="77777777" w:rsidR="00294B7A" w:rsidRDefault="00F806CF">
      <w:pPr>
        <w:jc w:val="both"/>
      </w:pPr>
      <w:r>
        <w:t xml:space="preserve">1.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podnesena</w:t>
      </w:r>
      <w:proofErr w:type="spellEnd"/>
      <w:r>
        <w:t xml:space="preserve"> </w:t>
      </w:r>
      <w:proofErr w:type="spellStart"/>
      <w:r>
        <w:t>nijedna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nijedna</w:t>
      </w:r>
      <w:proofErr w:type="spellEnd"/>
      <w:r>
        <w:t xml:space="preserve"> </w:t>
      </w:r>
      <w:proofErr w:type="spellStart"/>
      <w:r>
        <w:t>valjana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a </w:t>
      </w:r>
      <w:proofErr w:type="spellStart"/>
      <w:r>
        <w:t>početni</w:t>
      </w:r>
      <w:proofErr w:type="spellEnd"/>
      <w:r>
        <w:t xml:space="preserve"> </w:t>
      </w:r>
      <w:proofErr w:type="spellStart"/>
      <w:r>
        <w:t>ugovorni</w:t>
      </w:r>
      <w:proofErr w:type="spellEnd"/>
      <w:r>
        <w:t xml:space="preserve"> </w:t>
      </w:r>
      <w:proofErr w:type="spellStart"/>
      <w:r>
        <w:t>uvjeti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izmijenjeni</w:t>
      </w:r>
      <w:proofErr w:type="spellEnd"/>
      <w:r>
        <w:t>;</w:t>
      </w:r>
    </w:p>
    <w:p w14:paraId="1E1F3CC1" w14:textId="77777777" w:rsidR="00294B7A" w:rsidRDefault="00F806CF">
      <w:pPr>
        <w:jc w:val="both"/>
      </w:pPr>
      <w:r>
        <w:t xml:space="preserve">2.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objektivnih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gospodarski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stvaranja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stjecanja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umjetničkog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izvedbe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isključivih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intelektualnog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>;</w:t>
      </w:r>
    </w:p>
    <w:p w14:paraId="2F6A72EF" w14:textId="77777777" w:rsidR="00294B7A" w:rsidRDefault="00F806CF">
      <w:pPr>
        <w:jc w:val="both"/>
      </w:pPr>
      <w:r>
        <w:t xml:space="preserve">3.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iznimna</w:t>
      </w:r>
      <w:proofErr w:type="spellEnd"/>
      <w:r>
        <w:t xml:space="preserve"> </w:t>
      </w:r>
      <w:proofErr w:type="spellStart"/>
      <w:r>
        <w:t>žurnost</w:t>
      </w:r>
      <w:proofErr w:type="spellEnd"/>
      <w:r>
        <w:t xml:space="preserve"> </w:t>
      </w:r>
      <w:proofErr w:type="spellStart"/>
      <w:r>
        <w:t>uzrokovana</w:t>
      </w:r>
      <w:proofErr w:type="spellEnd"/>
      <w:r>
        <w:t xml:space="preserve"> </w:t>
      </w:r>
      <w:proofErr w:type="spellStart"/>
      <w:r>
        <w:t>događajima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utjecati</w:t>
      </w:r>
      <w:proofErr w:type="spellEnd"/>
      <w:r>
        <w:t>.</w:t>
      </w:r>
    </w:p>
    <w:p w14:paraId="21C804DB" w14:textId="77777777" w:rsidR="00294B7A" w:rsidRDefault="00F806CF">
      <w:pPr>
        <w:jc w:val="both"/>
      </w:pPr>
      <w:proofErr w:type="spellStart"/>
      <w:r>
        <w:t>Razlozi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iznimke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primjenjivo</w:t>
      </w:r>
      <w:proofErr w:type="spellEnd"/>
      <w:r>
        <w:t xml:space="preserve">.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izostavlja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objava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4. </w:t>
      </w:r>
      <w:proofErr w:type="spellStart"/>
      <w:r>
        <w:t>stavka</w:t>
      </w:r>
      <w:proofErr w:type="spellEnd"/>
      <w:r>
        <w:t xml:space="preserve"> 3., </w:t>
      </w:r>
      <w:proofErr w:type="spellStart"/>
      <w:r>
        <w:t>razlozi</w:t>
      </w:r>
      <w:proofErr w:type="spellEnd"/>
      <w:r>
        <w:t xml:space="preserve"> se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obrazlažu</w:t>
      </w:r>
      <w:proofErr w:type="spellEnd"/>
      <w:r>
        <w:t xml:space="preserve"> u </w:t>
      </w:r>
      <w:proofErr w:type="spellStart"/>
      <w:r>
        <w:t>objavi</w:t>
      </w:r>
      <w:proofErr w:type="spellEnd"/>
      <w:r>
        <w:t xml:space="preserve"> u </w:t>
      </w:r>
      <w:proofErr w:type="spellStart"/>
      <w:r>
        <w:t>modulu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RH.</w:t>
      </w:r>
    </w:p>
    <w:p w14:paraId="116F0AB8" w14:textId="77777777" w:rsidR="00294B7A" w:rsidRDefault="00F806CF">
      <w:pPr>
        <w:pStyle w:val="Heading1"/>
        <w:spacing w:before="160"/>
      </w:pPr>
      <w:proofErr w:type="spellStart"/>
      <w:r>
        <w:t>Poziv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dostava</w:t>
      </w:r>
      <w:proofErr w:type="spellEnd"/>
      <w:r>
        <w:t xml:space="preserve"> </w:t>
      </w:r>
      <w:proofErr w:type="spellStart"/>
      <w:r>
        <w:t>ponuda</w:t>
      </w:r>
      <w:proofErr w:type="spellEnd"/>
    </w:p>
    <w:p w14:paraId="6BFB016B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6.</w:t>
      </w:r>
    </w:p>
    <w:p w14:paraId="17725824" w14:textId="77777777" w:rsidR="00294B7A" w:rsidRDefault="00F806CF">
      <w:pPr>
        <w:jc w:val="both"/>
      </w:pPr>
      <w:proofErr w:type="spellStart"/>
      <w:r>
        <w:t>Poziv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OIB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osobu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, </w:t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procijenjenu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, </w:t>
      </w:r>
      <w:proofErr w:type="spellStart"/>
      <w:r>
        <w:t>opis</w:t>
      </w:r>
      <w:proofErr w:type="spellEnd"/>
      <w:r>
        <w:t xml:space="preserve">,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troškovnik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kriterij</w:t>
      </w:r>
      <w:proofErr w:type="spellEnd"/>
      <w:r>
        <w:t xml:space="preserve"> </w:t>
      </w:r>
      <w:proofErr w:type="spellStart"/>
      <w:r>
        <w:t>odabira</w:t>
      </w:r>
      <w:proofErr w:type="spellEnd"/>
      <w:r>
        <w:t>.</w:t>
      </w:r>
    </w:p>
    <w:p w14:paraId="18AC10B5" w14:textId="77777777" w:rsidR="00294B7A" w:rsidRDefault="00F806CF">
      <w:pPr>
        <w:jc w:val="both"/>
      </w:pPr>
      <w:proofErr w:type="spellStart"/>
      <w:r>
        <w:t>Prema</w:t>
      </w:r>
      <w:proofErr w:type="spellEnd"/>
      <w:r>
        <w:t xml:space="preserve">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,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</w:t>
      </w:r>
      <w:proofErr w:type="spellStart"/>
      <w:r>
        <w:t>jamstva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važne</w:t>
      </w:r>
      <w:proofErr w:type="spellEnd"/>
      <w:r>
        <w:t xml:space="preserve"> za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. </w:t>
      </w:r>
      <w:proofErr w:type="spellStart"/>
      <w:r>
        <w:t>Kriterij</w:t>
      </w:r>
      <w:proofErr w:type="spellEnd"/>
      <w:r>
        <w:t xml:space="preserve"> </w:t>
      </w:r>
      <w:proofErr w:type="spellStart"/>
      <w:r>
        <w:t>odabira</w:t>
      </w:r>
      <w:proofErr w:type="spellEnd"/>
      <w:r>
        <w:t xml:space="preserve"> je </w:t>
      </w:r>
      <w:proofErr w:type="spellStart"/>
      <w:r>
        <w:t>najniža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najpovoljnija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mjerilima</w:t>
      </w:r>
      <w:proofErr w:type="spellEnd"/>
      <w:r>
        <w:t xml:space="preserve"> </w:t>
      </w:r>
      <w:proofErr w:type="spellStart"/>
      <w:r>
        <w:t>određenima</w:t>
      </w:r>
      <w:proofErr w:type="spellEnd"/>
      <w:r>
        <w:t xml:space="preserve"> u </w:t>
      </w:r>
      <w:proofErr w:type="spellStart"/>
      <w:r>
        <w:t>pozivu</w:t>
      </w:r>
      <w:proofErr w:type="spellEnd"/>
      <w:r>
        <w:t>.</w:t>
      </w:r>
    </w:p>
    <w:p w14:paraId="1C09A900" w14:textId="77777777" w:rsidR="00294B7A" w:rsidRDefault="00F806CF">
      <w:pPr>
        <w:jc w:val="both"/>
      </w:pPr>
      <w:proofErr w:type="spellStart"/>
      <w:r>
        <w:t>Poziv</w:t>
      </w:r>
      <w:proofErr w:type="spellEnd"/>
      <w:r>
        <w:t xml:space="preserve"> se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pozvanim</w:t>
      </w:r>
      <w:proofErr w:type="spellEnd"/>
      <w:r>
        <w:t xml:space="preserve"> </w:t>
      </w:r>
      <w:proofErr w:type="spellStart"/>
      <w:r>
        <w:t>gospodarskim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</w:t>
      </w:r>
      <w:proofErr w:type="spellStart"/>
      <w:r>
        <w:t>šalje</w:t>
      </w:r>
      <w:proofErr w:type="spellEnd"/>
      <w:r>
        <w:t xml:space="preserve"> </w:t>
      </w:r>
      <w:proofErr w:type="spellStart"/>
      <w:r>
        <w:t>istodobno</w:t>
      </w:r>
      <w:proofErr w:type="spellEnd"/>
      <w:r>
        <w:t>.</w:t>
      </w:r>
    </w:p>
    <w:p w14:paraId="39A53626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7.</w:t>
      </w:r>
    </w:p>
    <w:p w14:paraId="121B1EC8" w14:textId="77777777" w:rsidR="00294B7A" w:rsidRDefault="00F806CF">
      <w:pPr>
        <w:jc w:val="both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u </w:t>
      </w:r>
      <w:proofErr w:type="spellStart"/>
      <w:r>
        <w:t>pravilu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dana od </w:t>
      </w:r>
      <w:proofErr w:type="spellStart"/>
      <w:r>
        <w:t>slanja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. U </w:t>
      </w:r>
      <w:proofErr w:type="spellStart"/>
      <w:r>
        <w:t>opravdanim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osobito</w:t>
      </w:r>
      <w:proofErr w:type="spellEnd"/>
      <w:r>
        <w:t xml:space="preserve"> </w:t>
      </w:r>
      <w:proofErr w:type="spellStart"/>
      <w:r>
        <w:t>iznimne</w:t>
      </w:r>
      <w:proofErr w:type="spellEnd"/>
      <w:r>
        <w:t xml:space="preserve"> </w:t>
      </w:r>
      <w:proofErr w:type="spellStart"/>
      <w:r>
        <w:t>žurnosti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objektivno</w:t>
      </w:r>
      <w:proofErr w:type="spellEnd"/>
      <w:r>
        <w:t xml:space="preserve"> </w:t>
      </w:r>
      <w:proofErr w:type="spellStart"/>
      <w:r>
        <w:t>dovoljan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>.</w:t>
      </w:r>
    </w:p>
    <w:p w14:paraId="3578A35E" w14:textId="77777777" w:rsidR="00294B7A" w:rsidRDefault="00F806CF">
      <w:pPr>
        <w:jc w:val="both"/>
      </w:pPr>
      <w:r>
        <w:t xml:space="preserve">U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elektronička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za </w:t>
      </w:r>
      <w:proofErr w:type="spellStart"/>
      <w:r>
        <w:t>slanje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zaprimanje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razmjenu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s </w:t>
      </w:r>
      <w:proofErr w:type="spellStart"/>
      <w:r>
        <w:t>gospodarskim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,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dokumentiranje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70201647" w14:textId="13467370" w:rsidR="00294B7A" w:rsidRDefault="00F806CF">
      <w:pPr>
        <w:jc w:val="both"/>
      </w:pPr>
      <w:r>
        <w:lastRenderedPageBreak/>
        <w:t xml:space="preserve">Za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razmjena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provode</w:t>
      </w:r>
      <w:proofErr w:type="spellEnd"/>
      <w:r>
        <w:t xml:space="preserve"> se </w:t>
      </w:r>
      <w:proofErr w:type="spellStart"/>
      <w:r>
        <w:t>elektroničkom</w:t>
      </w:r>
      <w:proofErr w:type="spellEnd"/>
      <w:r>
        <w:t xml:space="preserve"> </w:t>
      </w:r>
      <w:proofErr w:type="spellStart"/>
      <w:r>
        <w:t>poštom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aplikacijom</w:t>
      </w:r>
      <w:proofErr w:type="spellEnd"/>
      <w:r w:rsidR="007E481D">
        <w:t xml:space="preserve"> za </w:t>
      </w:r>
      <w:proofErr w:type="spellStart"/>
      <w:r w:rsidR="007E481D">
        <w:t>jednostavnu</w:t>
      </w:r>
      <w:proofErr w:type="spellEnd"/>
      <w:r w:rsidR="007E481D">
        <w:t xml:space="preserve"> </w:t>
      </w:r>
      <w:proofErr w:type="spellStart"/>
      <w:r w:rsidR="007E481D">
        <w:t>nabavu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EOJN RH,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u </w:t>
      </w:r>
      <w:proofErr w:type="spellStart"/>
      <w:r>
        <w:t>pozivu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>.</w:t>
      </w:r>
    </w:p>
    <w:p w14:paraId="1A03866D" w14:textId="77777777" w:rsidR="00294B7A" w:rsidRDefault="00F806CF">
      <w:pPr>
        <w:jc w:val="both"/>
      </w:pPr>
      <w:r>
        <w:t xml:space="preserve">Za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razmjena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provode</w:t>
      </w:r>
      <w:proofErr w:type="spellEnd"/>
      <w:r>
        <w:t xml:space="preserve"> se </w:t>
      </w:r>
      <w:proofErr w:type="spellStart"/>
      <w:r>
        <w:t>putem</w:t>
      </w:r>
      <w:proofErr w:type="spellEnd"/>
      <w:r>
        <w:t xml:space="preserve"> EOJN RH,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dijelu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dopušta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>.</w:t>
      </w:r>
    </w:p>
    <w:p w14:paraId="1448B4FA" w14:textId="1E78223B" w:rsidR="00294B7A" w:rsidRDefault="00F806CF">
      <w:pPr>
        <w:jc w:val="both"/>
      </w:pPr>
      <w:proofErr w:type="spellStart"/>
      <w:r>
        <w:t>Ponude</w:t>
      </w:r>
      <w:proofErr w:type="spellEnd"/>
      <w:r>
        <w:t xml:space="preserve"> se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elektroničkom</w:t>
      </w:r>
      <w:proofErr w:type="spellEnd"/>
      <w:r>
        <w:t xml:space="preserve"> </w:t>
      </w:r>
      <w:proofErr w:type="spellStart"/>
      <w:r>
        <w:t>poštom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aplikacijom</w:t>
      </w:r>
      <w:proofErr w:type="spellEnd"/>
      <w:r w:rsidR="007E481D">
        <w:t xml:space="preserve"> za </w:t>
      </w:r>
      <w:proofErr w:type="spellStart"/>
      <w:r w:rsidR="007E481D">
        <w:t>jednostavnu</w:t>
      </w:r>
      <w:proofErr w:type="spellEnd"/>
      <w:r w:rsidR="007E481D">
        <w:t xml:space="preserve"> </w:t>
      </w:r>
      <w:proofErr w:type="spellStart"/>
      <w:r w:rsidR="007E481D">
        <w:t>nabavu</w:t>
      </w:r>
      <w:proofErr w:type="spellEnd"/>
      <w:r>
        <w:t xml:space="preserve"> </w:t>
      </w:r>
      <w:proofErr w:type="spellStart"/>
      <w:r>
        <w:t>naznačenom</w:t>
      </w:r>
      <w:proofErr w:type="spellEnd"/>
      <w:r>
        <w:t xml:space="preserve"> u </w:t>
      </w:r>
      <w:proofErr w:type="spellStart"/>
      <w:r>
        <w:t>pozivu</w:t>
      </w:r>
      <w:proofErr w:type="spellEnd"/>
      <w:r>
        <w:t xml:space="preserve">.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RH, </w:t>
      </w:r>
      <w:proofErr w:type="spellStart"/>
      <w:r>
        <w:t>ponude</w:t>
      </w:r>
      <w:proofErr w:type="spellEnd"/>
      <w:r>
        <w:t xml:space="preserve"> se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toga </w:t>
      </w:r>
      <w:proofErr w:type="spellStart"/>
      <w:r>
        <w:t>modula</w:t>
      </w:r>
      <w:proofErr w:type="spellEnd"/>
      <w:r>
        <w:t>.</w:t>
      </w:r>
    </w:p>
    <w:p w14:paraId="4453A932" w14:textId="77777777" w:rsidR="00294B7A" w:rsidRDefault="00F806CF">
      <w:pPr>
        <w:jc w:val="both"/>
      </w:pPr>
      <w:proofErr w:type="spellStart"/>
      <w:r>
        <w:t>Elektronička</w:t>
      </w:r>
      <w:proofErr w:type="spellEnd"/>
      <w:r>
        <w:t xml:space="preserve"> </w:t>
      </w:r>
      <w:proofErr w:type="spellStart"/>
      <w:r>
        <w:t>komunikacija</w:t>
      </w:r>
      <w:proofErr w:type="spellEnd"/>
      <w:r>
        <w:t xml:space="preserve"> mora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tretman</w:t>
      </w:r>
      <w:proofErr w:type="spellEnd"/>
      <w:r>
        <w:t xml:space="preserve"> </w:t>
      </w:r>
      <w:proofErr w:type="spellStart"/>
      <w:r>
        <w:t>gospodarskih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, </w:t>
      </w:r>
      <w:proofErr w:type="spellStart"/>
      <w:r>
        <w:t>integritet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povjerljivost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dokumentiranja</w:t>
      </w:r>
      <w:proofErr w:type="spellEnd"/>
      <w:r>
        <w:t xml:space="preserve"> </w:t>
      </w:r>
      <w:proofErr w:type="spellStart"/>
      <w:r>
        <w:t>poduzetih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>.</w:t>
      </w:r>
    </w:p>
    <w:p w14:paraId="588EBCDA" w14:textId="77777777" w:rsidR="00294B7A" w:rsidRDefault="00F806CF">
      <w:pPr>
        <w:pStyle w:val="Heading1"/>
        <w:spacing w:before="160"/>
      </w:pPr>
      <w:r>
        <w:t>III PREGLED PONUDA I ODABIR</w:t>
      </w:r>
    </w:p>
    <w:p w14:paraId="76EFE14A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8.</w:t>
      </w:r>
    </w:p>
    <w:p w14:paraId="6BA2DBE0" w14:textId="77777777" w:rsidR="00294B7A" w:rsidRDefault="00F806CF">
      <w:pPr>
        <w:jc w:val="both"/>
      </w:pPr>
      <w:proofErr w:type="spellStart"/>
      <w:r>
        <w:t>Otvaranje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.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zaprimljene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ne </w:t>
      </w:r>
      <w:proofErr w:type="spellStart"/>
      <w:r>
        <w:t>razmatraju</w:t>
      </w:r>
      <w:proofErr w:type="spellEnd"/>
      <w:r>
        <w:t xml:space="preserve"> se.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provedenog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EOJN RH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otvaranju</w:t>
      </w:r>
      <w:proofErr w:type="spellEnd"/>
      <w:r>
        <w:t xml:space="preserve"> </w:t>
      </w:r>
      <w:proofErr w:type="spellStart"/>
      <w:r>
        <w:t>generira</w:t>
      </w:r>
      <w:proofErr w:type="spellEnd"/>
      <w:r>
        <w:t xml:space="preserve"> </w:t>
      </w:r>
      <w:proofErr w:type="spellStart"/>
      <w:r>
        <w:t>sustav</w:t>
      </w:r>
      <w:proofErr w:type="spellEnd"/>
      <w:r>
        <w:t>.</w:t>
      </w:r>
    </w:p>
    <w:p w14:paraId="61DA144A" w14:textId="77777777" w:rsidR="00294B7A" w:rsidRDefault="00F806CF">
      <w:pPr>
        <w:jc w:val="both"/>
      </w:pPr>
      <w:proofErr w:type="spellStart"/>
      <w:r>
        <w:t>Pravodobne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pregledavaju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ocjenjuju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uvjetima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.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uspoređuju</w:t>
      </w:r>
      <w:proofErr w:type="spellEnd"/>
      <w:r>
        <w:t xml:space="preserve"> se bez PDV-a. Za </w:t>
      </w:r>
      <w:proofErr w:type="spellStart"/>
      <w:r>
        <w:t>odabir</w:t>
      </w:r>
      <w:proofErr w:type="spellEnd"/>
      <w:r>
        <w:t xml:space="preserve"> je </w:t>
      </w:r>
      <w:proofErr w:type="spellStart"/>
      <w:r>
        <w:t>dovoljna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valjana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valjanih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jednako</w:t>
      </w:r>
      <w:proofErr w:type="spellEnd"/>
      <w:r>
        <w:t xml:space="preserve"> </w:t>
      </w:r>
      <w:proofErr w:type="spellStart"/>
      <w:r>
        <w:t>rangirane</w:t>
      </w:r>
      <w:proofErr w:type="spellEnd"/>
      <w:r>
        <w:t xml:space="preserve">, </w:t>
      </w:r>
      <w:proofErr w:type="spellStart"/>
      <w:r>
        <w:t>odabire</w:t>
      </w:r>
      <w:proofErr w:type="spellEnd"/>
      <w:r>
        <w:t xml:space="preserve"> se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zaprimljena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>.</w:t>
      </w:r>
    </w:p>
    <w:p w14:paraId="064934BA" w14:textId="77777777" w:rsidR="00294B7A" w:rsidRDefault="00F806CF">
      <w:pPr>
        <w:jc w:val="both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zaprimljeno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proveden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EOJN RH, </w:t>
      </w:r>
      <w:proofErr w:type="spellStart"/>
      <w:r>
        <w:t>sastavlja</w:t>
      </w:r>
      <w:proofErr w:type="spellEnd"/>
      <w:r>
        <w:t xml:space="preserve"> se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ocjeni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s </w:t>
      </w:r>
      <w:proofErr w:type="spellStart"/>
      <w:r>
        <w:t>analitičkim</w:t>
      </w:r>
      <w:proofErr w:type="spellEnd"/>
      <w:r>
        <w:t xml:space="preserve"> </w:t>
      </w:r>
      <w:proofErr w:type="spellStart"/>
      <w:r>
        <w:t>prikazom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uvjetima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rangiranjem</w:t>
      </w:r>
      <w:proofErr w:type="spellEnd"/>
      <w:r>
        <w:t xml:space="preserve"> </w:t>
      </w:r>
      <w:proofErr w:type="spellStart"/>
      <w:r>
        <w:t>valjanih</w:t>
      </w:r>
      <w:proofErr w:type="spellEnd"/>
      <w:r>
        <w:t xml:space="preserve"> </w:t>
      </w:r>
      <w:proofErr w:type="spellStart"/>
      <w:r>
        <w:t>ponuda</w:t>
      </w:r>
      <w:proofErr w:type="spellEnd"/>
      <w:r>
        <w:t>.</w:t>
      </w:r>
    </w:p>
    <w:p w14:paraId="41786EE1" w14:textId="77777777" w:rsidR="00294B7A" w:rsidRDefault="00F806CF">
      <w:pPr>
        <w:jc w:val="both"/>
      </w:pPr>
      <w:proofErr w:type="spellStart"/>
      <w:r>
        <w:t>Zapisnik</w:t>
      </w:r>
      <w:proofErr w:type="spellEnd"/>
      <w:r>
        <w:t xml:space="preserve"> </w:t>
      </w:r>
      <w:proofErr w:type="spellStart"/>
      <w:r>
        <w:t>potpisuju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povjerenstva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povjerenstvo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, </w:t>
      </w:r>
      <w:proofErr w:type="spellStart"/>
      <w:r>
        <w:t>radnik</w:t>
      </w:r>
      <w:proofErr w:type="spellEnd"/>
      <w:r>
        <w:t xml:space="preserve"> koji je </w:t>
      </w:r>
      <w:proofErr w:type="spellStart"/>
      <w:r>
        <w:t>pregledao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ocijenio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ravnatelj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ravnatelj</w:t>
      </w:r>
      <w:proofErr w:type="spellEnd"/>
      <w:r>
        <w:t xml:space="preserve">,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</w:t>
      </w:r>
      <w:proofErr w:type="spellStart"/>
      <w:r>
        <w:t>ravnatelj</w:t>
      </w:r>
      <w:proofErr w:type="spellEnd"/>
      <w:r>
        <w:t>.</w:t>
      </w:r>
    </w:p>
    <w:p w14:paraId="44428721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9.</w:t>
      </w:r>
    </w:p>
    <w:p w14:paraId="4746CB37" w14:textId="77777777" w:rsidR="00294B7A" w:rsidRDefault="00F806CF">
      <w:pPr>
        <w:jc w:val="both"/>
      </w:pPr>
      <w:r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ravnatelj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odabiru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poništenju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3.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. Za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manju</w:t>
      </w:r>
      <w:proofErr w:type="spellEnd"/>
      <w:r>
        <w:t xml:space="preserve"> od 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izraditi</w:t>
      </w:r>
      <w:proofErr w:type="spellEnd"/>
      <w:r>
        <w:t xml:space="preserve"> </w:t>
      </w:r>
      <w:proofErr w:type="spellStart"/>
      <w:r>
        <w:t>obavijest</w:t>
      </w:r>
      <w:proofErr w:type="spellEnd"/>
      <w:r>
        <w:t xml:space="preserve"> o </w:t>
      </w:r>
      <w:proofErr w:type="spellStart"/>
      <w:r>
        <w:t>dodjeli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narudžbenice</w:t>
      </w:r>
      <w:proofErr w:type="spellEnd"/>
      <w:r>
        <w:t>.</w:t>
      </w:r>
    </w:p>
    <w:p w14:paraId="01EEC8BD" w14:textId="77777777" w:rsidR="00294B7A" w:rsidRDefault="00F806CF">
      <w:pPr>
        <w:jc w:val="both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odabiru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obavijest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Školi</w:t>
      </w:r>
      <w:proofErr w:type="spellEnd"/>
      <w:r>
        <w:t xml:space="preserve">,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procijenjenu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odabranog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</w:t>
      </w:r>
      <w:proofErr w:type="spellStart"/>
      <w:r>
        <w:t>odabira</w:t>
      </w:r>
      <w:proofErr w:type="spellEnd"/>
      <w:r>
        <w:t xml:space="preserve">.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ponuditeljima</w:t>
      </w:r>
      <w:proofErr w:type="spellEnd"/>
      <w:r>
        <w:t xml:space="preserve"> </w:t>
      </w:r>
      <w:proofErr w:type="spellStart"/>
      <w:r>
        <w:t>elektroničkim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7.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4097A046" w14:textId="77777777" w:rsidR="00294B7A" w:rsidRDefault="00F806CF">
      <w:pPr>
        <w:jc w:val="both"/>
      </w:pPr>
      <w:r>
        <w:t xml:space="preserve">Za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15.000,00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odabiru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u </w:t>
      </w:r>
      <w:proofErr w:type="spellStart"/>
      <w:r>
        <w:t>modulu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uputu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>.</w:t>
      </w:r>
    </w:p>
    <w:p w14:paraId="13EC7E51" w14:textId="77777777" w:rsidR="00294B7A" w:rsidRDefault="00F806CF">
      <w:pPr>
        <w:jc w:val="both"/>
      </w:pPr>
      <w:proofErr w:type="spellStart"/>
      <w:r>
        <w:t>Ako</w:t>
      </w:r>
      <w:proofErr w:type="spellEnd"/>
      <w:r>
        <w:t xml:space="preserve"> je za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manju</w:t>
      </w:r>
      <w:proofErr w:type="spellEnd"/>
      <w:r>
        <w:t xml:space="preserve"> od 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prikupljena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odabrana</w:t>
      </w:r>
      <w:proofErr w:type="spellEnd"/>
      <w:r>
        <w:t xml:space="preserve">, ne </w:t>
      </w:r>
      <w:proofErr w:type="spellStart"/>
      <w:r>
        <w:t>izrađuje</w:t>
      </w:r>
      <w:proofErr w:type="spellEnd"/>
      <w:r>
        <w:t xml:space="preserve"> se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obavijest</w:t>
      </w:r>
      <w:proofErr w:type="spellEnd"/>
      <w:r>
        <w:t xml:space="preserve">, </w:t>
      </w:r>
      <w:proofErr w:type="spellStart"/>
      <w:r>
        <w:t>nego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narudžbenica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sklapa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72B6AE95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10.</w:t>
      </w:r>
    </w:p>
    <w:p w14:paraId="65547D11" w14:textId="77777777" w:rsidR="00294B7A" w:rsidRDefault="00F806CF">
      <w:pPr>
        <w:jc w:val="both"/>
      </w:pPr>
      <w:r>
        <w:t xml:space="preserve">S </w:t>
      </w:r>
      <w:proofErr w:type="spellStart"/>
      <w:r>
        <w:t>odabranim</w:t>
      </w:r>
      <w:proofErr w:type="spellEnd"/>
      <w:r>
        <w:t xml:space="preserve"> </w:t>
      </w:r>
      <w:proofErr w:type="spellStart"/>
      <w:r>
        <w:t>ponuditeljem</w:t>
      </w:r>
      <w:proofErr w:type="spellEnd"/>
      <w:r>
        <w:t xml:space="preserve"> </w:t>
      </w:r>
      <w:proofErr w:type="spellStart"/>
      <w:r>
        <w:t>sklapa</w:t>
      </w:r>
      <w:proofErr w:type="spellEnd"/>
      <w:r>
        <w:t xml:space="preserve"> se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narudžbenica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sastojke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754EE797" w14:textId="77777777" w:rsidR="00294B7A" w:rsidRDefault="00F806CF">
      <w:pPr>
        <w:jc w:val="both"/>
      </w:pPr>
      <w:r>
        <w:t xml:space="preserve">Za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15.000,00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se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sklopiti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narudžbenica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prigovor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zaprimljena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odabrana</w:t>
      </w:r>
      <w:proofErr w:type="spellEnd"/>
      <w:r>
        <w:t xml:space="preserve">. </w:t>
      </w:r>
      <w:proofErr w:type="spellStart"/>
      <w:r>
        <w:t>Podneseni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odgađa</w:t>
      </w:r>
      <w:proofErr w:type="spellEnd"/>
      <w:r>
        <w:t xml:space="preserve">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narudžbenice</w:t>
      </w:r>
      <w:proofErr w:type="spellEnd"/>
      <w:r>
        <w:t xml:space="preserve"> do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prigovoru</w:t>
      </w:r>
      <w:proofErr w:type="spellEnd"/>
      <w:r>
        <w:t>.</w:t>
      </w:r>
    </w:p>
    <w:p w14:paraId="6F1773B4" w14:textId="77777777" w:rsidR="00294B7A" w:rsidRDefault="00F806CF">
      <w:pPr>
        <w:pStyle w:val="Heading1"/>
        <w:spacing w:before="160"/>
      </w:pPr>
      <w:proofErr w:type="spellStart"/>
      <w:r>
        <w:lastRenderedPageBreak/>
        <w:t>Poništenje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71BEB74D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11.</w:t>
      </w:r>
    </w:p>
    <w:p w14:paraId="3C8AE901" w14:textId="77777777" w:rsidR="00294B7A" w:rsidRDefault="00F806CF">
      <w:pPr>
        <w:jc w:val="both"/>
      </w:pPr>
      <w:proofErr w:type="spellStart"/>
      <w:r>
        <w:t>Škola</w:t>
      </w:r>
      <w:proofErr w:type="spellEnd"/>
      <w:r>
        <w:t xml:space="preserve"> </w:t>
      </w:r>
      <w:proofErr w:type="spellStart"/>
      <w:r>
        <w:t>poništava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381991B9" w14:textId="77777777" w:rsidR="00294B7A" w:rsidRDefault="00F806CF">
      <w:pPr>
        <w:jc w:val="both"/>
      </w:pPr>
      <w:r>
        <w:t xml:space="preserve">1. </w:t>
      </w:r>
      <w:proofErr w:type="spellStart"/>
      <w:r>
        <w:t>postanu</w:t>
      </w:r>
      <w:proofErr w:type="spellEnd"/>
      <w:r>
        <w:t xml:space="preserve"> </w:t>
      </w:r>
      <w:proofErr w:type="spellStart"/>
      <w:r>
        <w:t>poznate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ne bi </w:t>
      </w:r>
      <w:proofErr w:type="spellStart"/>
      <w:r>
        <w:t>pokrenuo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poziv</w:t>
      </w:r>
      <w:proofErr w:type="spellEnd"/>
      <w:r>
        <w:t xml:space="preserve"> bio </w:t>
      </w:r>
      <w:proofErr w:type="spellStart"/>
      <w:r>
        <w:t>sadržajno</w:t>
      </w:r>
      <w:proofErr w:type="spellEnd"/>
      <w:r>
        <w:t xml:space="preserve">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drukčiji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bile </w:t>
      </w:r>
      <w:proofErr w:type="spellStart"/>
      <w:r>
        <w:t>poznate</w:t>
      </w:r>
      <w:proofErr w:type="spellEnd"/>
      <w:r>
        <w:t xml:space="preserve"> </w:t>
      </w:r>
      <w:proofErr w:type="spellStart"/>
      <w:r>
        <w:t>prije</w:t>
      </w:r>
      <w:proofErr w:type="spellEnd"/>
      <w:r>
        <w:t>;</w:t>
      </w:r>
    </w:p>
    <w:p w14:paraId="47F82F30" w14:textId="77777777" w:rsidR="00294B7A" w:rsidRDefault="00F806CF">
      <w:pPr>
        <w:jc w:val="both"/>
      </w:pPr>
      <w:r>
        <w:t xml:space="preserve">2.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pristigla</w:t>
      </w:r>
      <w:proofErr w:type="spellEnd"/>
      <w:r>
        <w:t xml:space="preserve"> </w:t>
      </w:r>
      <w:proofErr w:type="spellStart"/>
      <w:r>
        <w:t>nijedna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nijednog</w:t>
      </w:r>
      <w:proofErr w:type="spellEnd"/>
      <w:r>
        <w:t xml:space="preserve"> </w:t>
      </w:r>
      <w:proofErr w:type="spellStart"/>
      <w:r>
        <w:t>sposobnog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>;</w:t>
      </w:r>
    </w:p>
    <w:p w14:paraId="17371B22" w14:textId="77777777" w:rsidR="00294B7A" w:rsidRDefault="00F806CF">
      <w:pPr>
        <w:jc w:val="both"/>
      </w:pPr>
      <w:r>
        <w:t xml:space="preserve">3.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odbijanja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ne </w:t>
      </w:r>
      <w:proofErr w:type="spellStart"/>
      <w:r>
        <w:t>preostane</w:t>
      </w:r>
      <w:proofErr w:type="spellEnd"/>
      <w:r>
        <w:t xml:space="preserve"> </w:t>
      </w:r>
      <w:proofErr w:type="spellStart"/>
      <w:r>
        <w:t>nijedna</w:t>
      </w:r>
      <w:proofErr w:type="spellEnd"/>
      <w:r>
        <w:t xml:space="preserve"> </w:t>
      </w:r>
      <w:proofErr w:type="spellStart"/>
      <w:r>
        <w:t>valjana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>;</w:t>
      </w:r>
    </w:p>
    <w:p w14:paraId="3818A0E6" w14:textId="77777777" w:rsidR="00294B7A" w:rsidRDefault="00F806CF">
      <w:pPr>
        <w:jc w:val="both"/>
      </w:pPr>
      <w:r>
        <w:t xml:space="preserve">4.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dosežu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prelaze</w:t>
      </w:r>
      <w:proofErr w:type="spellEnd"/>
      <w:r>
        <w:t xml:space="preserve"> </w:t>
      </w:r>
      <w:proofErr w:type="spellStart"/>
      <w:r>
        <w:t>zakonske</w:t>
      </w:r>
      <w:proofErr w:type="spellEnd"/>
      <w:r>
        <w:t xml:space="preserve"> </w:t>
      </w:r>
      <w:proofErr w:type="spellStart"/>
      <w:r>
        <w:t>pragove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>;</w:t>
      </w:r>
    </w:p>
    <w:p w14:paraId="23E15E37" w14:textId="77777777" w:rsidR="00294B7A" w:rsidRDefault="00F806CF">
      <w:pPr>
        <w:jc w:val="both"/>
      </w:pPr>
      <w:r>
        <w:t xml:space="preserve">5.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najpovoljnije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procijenjenu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osigurana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a </w:t>
      </w:r>
      <w:proofErr w:type="spellStart"/>
      <w:r>
        <w:t>odabir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protivan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4.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;</w:t>
      </w:r>
    </w:p>
    <w:p w14:paraId="17E82279" w14:textId="77777777" w:rsidR="00294B7A" w:rsidRDefault="00F806CF">
      <w:pPr>
        <w:jc w:val="both"/>
      </w:pPr>
      <w:r>
        <w:t xml:space="preserve">6. to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3F7F422A" w14:textId="77777777" w:rsidR="00294B7A" w:rsidRDefault="00F806CF">
      <w:pPr>
        <w:jc w:val="both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poništenju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Školi</w:t>
      </w:r>
      <w:proofErr w:type="spellEnd"/>
      <w:r>
        <w:t xml:space="preserve">,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procijenjenu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poništenja</w:t>
      </w:r>
      <w:proofErr w:type="spellEnd"/>
      <w:r>
        <w:t xml:space="preserve">.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elektroničkim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7.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: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preuzeli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, 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onima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pravodobno</w:t>
      </w:r>
      <w:proofErr w:type="spellEnd"/>
      <w:r>
        <w:t xml:space="preserve"> </w:t>
      </w:r>
      <w:proofErr w:type="spellStart"/>
      <w:r>
        <w:t>dostavili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. Za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15.000,00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obavijest</w:t>
      </w:r>
      <w:proofErr w:type="spellEnd"/>
      <w:r>
        <w:t xml:space="preserve"> o </w:t>
      </w:r>
      <w:proofErr w:type="spellStart"/>
      <w:r>
        <w:t>poništenju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u </w:t>
      </w:r>
      <w:proofErr w:type="spellStart"/>
      <w:r>
        <w:t>modulu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uputu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12.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101A26AB" w14:textId="77777777" w:rsidR="00294B7A" w:rsidRDefault="00F806CF">
      <w:pPr>
        <w:pStyle w:val="Heading1"/>
        <w:spacing w:before="160"/>
      </w:pPr>
      <w:r>
        <w:t>IV PRIGOVOR</w:t>
      </w:r>
    </w:p>
    <w:p w14:paraId="564A26B1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12.</w:t>
      </w:r>
    </w:p>
    <w:p w14:paraId="75BB3375" w14:textId="77777777" w:rsidR="00294B7A" w:rsidRDefault="00F806CF">
      <w:pPr>
        <w:jc w:val="both"/>
      </w:pPr>
      <w:r>
        <w:t xml:space="preserve">U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15.000,00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gospodarski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za </w:t>
      </w:r>
      <w:proofErr w:type="spellStart"/>
      <w:r>
        <w:t>dobivanje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narudžbenice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pretrpio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pretrpjeti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navodnog</w:t>
      </w:r>
      <w:proofErr w:type="spellEnd"/>
      <w:r>
        <w:t xml:space="preserve"> </w:t>
      </w:r>
      <w:proofErr w:type="spellStart"/>
      <w:r>
        <w:t>kršenja</w:t>
      </w:r>
      <w:proofErr w:type="spellEnd"/>
      <w:r>
        <w:t xml:space="preserve"> </w:t>
      </w:r>
      <w:proofErr w:type="spellStart"/>
      <w:r>
        <w:t>subjektivnih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ravnatelju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. </w:t>
      </w:r>
      <w:proofErr w:type="spellStart"/>
      <w:r>
        <w:t>Prigovorom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odabiru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obavijest</w:t>
      </w:r>
      <w:proofErr w:type="spellEnd"/>
      <w:r>
        <w:t xml:space="preserve"> o </w:t>
      </w:r>
      <w:proofErr w:type="spellStart"/>
      <w:r>
        <w:t>poništenju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sklopljenog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29B20392" w14:textId="77777777" w:rsidR="00294B7A" w:rsidRDefault="00F806CF">
      <w:pPr>
        <w:jc w:val="both"/>
      </w:pPr>
      <w:proofErr w:type="spellStart"/>
      <w:r>
        <w:t>Prigovor</w:t>
      </w:r>
      <w:proofErr w:type="spellEnd"/>
      <w:r>
        <w:t xml:space="preserve"> se </w:t>
      </w:r>
      <w:proofErr w:type="spellStart"/>
      <w:r>
        <w:t>izjavljuje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odabiru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o </w:t>
      </w:r>
      <w:proofErr w:type="spellStart"/>
      <w:r>
        <w:t>poništenju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dana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EOJN RH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slučajeve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opravdava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2D3FB974" w14:textId="77777777" w:rsidR="00294B7A" w:rsidRDefault="00F806CF">
      <w:pPr>
        <w:jc w:val="both"/>
      </w:pPr>
      <w:proofErr w:type="spellStart"/>
      <w:r>
        <w:t>Prigovor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odabiru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o </w:t>
      </w:r>
      <w:proofErr w:type="spellStart"/>
      <w:r>
        <w:t>poništenju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gospodarski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 </w:t>
      </w:r>
      <w:proofErr w:type="spellStart"/>
      <w:r>
        <w:t>upozorio</w:t>
      </w:r>
      <w:proofErr w:type="spellEnd"/>
      <w:r>
        <w:t xml:space="preserve"> </w:t>
      </w:r>
      <w:proofErr w:type="spellStart"/>
      <w:r>
        <w:t>Školu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konkretnu</w:t>
      </w:r>
      <w:proofErr w:type="spellEnd"/>
      <w:r>
        <w:t xml:space="preserve"> </w:t>
      </w:r>
      <w:proofErr w:type="spellStart"/>
      <w:r>
        <w:t>nezakonitost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tijekom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dana </w:t>
      </w:r>
      <w:proofErr w:type="spellStart"/>
      <w:r>
        <w:t>prije</w:t>
      </w:r>
      <w:proofErr w:type="spellEnd"/>
      <w:r>
        <w:t xml:space="preserve"> dana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nezakonitost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ispravila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tijekom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dana </w:t>
      </w:r>
      <w:proofErr w:type="spellStart"/>
      <w:r>
        <w:t>prije</w:t>
      </w:r>
      <w:proofErr w:type="spellEnd"/>
      <w:r>
        <w:t xml:space="preserve"> dana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>.</w:t>
      </w:r>
    </w:p>
    <w:p w14:paraId="00BA6093" w14:textId="77777777" w:rsidR="00294B7A" w:rsidRDefault="00F806CF">
      <w:pPr>
        <w:jc w:val="both"/>
      </w:pPr>
      <w:proofErr w:type="spellStart"/>
      <w:r>
        <w:t>Podnošenje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odgađa</w:t>
      </w:r>
      <w:proofErr w:type="spellEnd"/>
      <w:r>
        <w:t xml:space="preserve">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narudžbenice</w:t>
      </w:r>
      <w:proofErr w:type="spellEnd"/>
      <w:r>
        <w:t xml:space="preserve"> do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prigovoru</w:t>
      </w:r>
      <w:proofErr w:type="spellEnd"/>
      <w:r>
        <w:t>.</w:t>
      </w:r>
    </w:p>
    <w:p w14:paraId="09179B2E" w14:textId="77777777" w:rsidR="00294B7A" w:rsidRDefault="00F806CF">
      <w:pPr>
        <w:jc w:val="both"/>
      </w:pPr>
      <w:proofErr w:type="spellStart"/>
      <w:r>
        <w:t>Ako</w:t>
      </w:r>
      <w:proofErr w:type="spellEnd"/>
      <w:r>
        <w:t xml:space="preserve"> </w:t>
      </w:r>
      <w:proofErr w:type="spellStart"/>
      <w:r>
        <w:t>tijekom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poslužitelju</w:t>
      </w:r>
      <w:proofErr w:type="spellEnd"/>
      <w:r>
        <w:t xml:space="preserve"> EOJN RH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nedostupan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produljuje</w:t>
      </w:r>
      <w:proofErr w:type="spellEnd"/>
      <w:r>
        <w:t xml:space="preserve"> se za </w:t>
      </w:r>
      <w:proofErr w:type="spellStart"/>
      <w:r>
        <w:t>onoliko</w:t>
      </w:r>
      <w:proofErr w:type="spellEnd"/>
      <w:r>
        <w:t xml:space="preserve"> dana </w:t>
      </w:r>
      <w:proofErr w:type="spellStart"/>
      <w:r>
        <w:t>koliko</w:t>
      </w:r>
      <w:proofErr w:type="spellEnd"/>
      <w:r>
        <w:t xml:space="preserve"> je </w:t>
      </w:r>
      <w:proofErr w:type="spellStart"/>
      <w:r>
        <w:t>sustav</w:t>
      </w:r>
      <w:proofErr w:type="spellEnd"/>
      <w:r>
        <w:t xml:space="preserve"> bio </w:t>
      </w:r>
      <w:proofErr w:type="spellStart"/>
      <w:r>
        <w:t>nedostupan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sustav</w:t>
      </w:r>
      <w:proofErr w:type="spellEnd"/>
      <w:r>
        <w:t xml:space="preserve"> bio </w:t>
      </w:r>
      <w:proofErr w:type="spellStart"/>
      <w:r>
        <w:t>nedostupan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zadnjeg</w:t>
      </w:r>
      <w:proofErr w:type="spellEnd"/>
      <w:r>
        <w:t xml:space="preserve"> dana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prigovor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se </w:t>
      </w:r>
      <w:proofErr w:type="spellStart"/>
      <w:r>
        <w:t>produljuje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sljedećeg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dana.</w:t>
      </w:r>
    </w:p>
    <w:p w14:paraId="69A8FAE4" w14:textId="77777777" w:rsidR="00294B7A" w:rsidRDefault="00F806CF">
      <w:pPr>
        <w:jc w:val="both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posljednji</w:t>
      </w:r>
      <w:proofErr w:type="spellEnd"/>
      <w:r>
        <w:t xml:space="preserve"> dan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pada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blagdan</w:t>
      </w:r>
      <w:proofErr w:type="spellEnd"/>
      <w:r>
        <w:t xml:space="preserve">, </w:t>
      </w:r>
      <w:proofErr w:type="spellStart"/>
      <w:r>
        <w:t>subotu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nedjelju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istječe</w:t>
      </w:r>
      <w:proofErr w:type="spellEnd"/>
      <w:r>
        <w:t xml:space="preserve"> </w:t>
      </w:r>
      <w:proofErr w:type="spellStart"/>
      <w:r>
        <w:t>protekom</w:t>
      </w:r>
      <w:proofErr w:type="spellEnd"/>
      <w:r>
        <w:t xml:space="preserve"> </w:t>
      </w:r>
      <w:proofErr w:type="spellStart"/>
      <w:r>
        <w:t>posljednjeg</w:t>
      </w:r>
      <w:proofErr w:type="spellEnd"/>
      <w:r>
        <w:t xml:space="preserve"> </w:t>
      </w:r>
      <w:proofErr w:type="spellStart"/>
      <w:r>
        <w:t>sata</w:t>
      </w:r>
      <w:proofErr w:type="spellEnd"/>
      <w:r>
        <w:t xml:space="preserve"> </w:t>
      </w:r>
      <w:proofErr w:type="spellStart"/>
      <w:r>
        <w:t>sljedećeg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dana.</w:t>
      </w:r>
    </w:p>
    <w:p w14:paraId="12ADF79A" w14:textId="77777777" w:rsidR="00294B7A" w:rsidRDefault="00F806CF">
      <w:pPr>
        <w:pStyle w:val="Heading2"/>
        <w:jc w:val="center"/>
      </w:pPr>
      <w:proofErr w:type="spellStart"/>
      <w:r>
        <w:lastRenderedPageBreak/>
        <w:t>Članak</w:t>
      </w:r>
      <w:proofErr w:type="spellEnd"/>
      <w:r>
        <w:t xml:space="preserve"> 12.a</w:t>
      </w:r>
    </w:p>
    <w:p w14:paraId="370086FE" w14:textId="77777777" w:rsidR="00294B7A" w:rsidRDefault="00F806CF">
      <w:pPr>
        <w:jc w:val="both"/>
      </w:pPr>
      <w:proofErr w:type="spellStart"/>
      <w:r>
        <w:t>Prigovor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RH. </w:t>
      </w:r>
      <w:proofErr w:type="spellStart"/>
      <w:r>
        <w:t>Prigovor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dostavljen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toga </w:t>
      </w:r>
      <w:proofErr w:type="spellStart"/>
      <w:r>
        <w:t>modula</w:t>
      </w:r>
      <w:proofErr w:type="spellEnd"/>
      <w:r>
        <w:t xml:space="preserve"> </w:t>
      </w:r>
      <w:proofErr w:type="spellStart"/>
      <w:r>
        <w:t>odbacit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se.</w:t>
      </w:r>
    </w:p>
    <w:p w14:paraId="2A479305" w14:textId="77777777" w:rsidR="00294B7A" w:rsidRDefault="00F806CF">
      <w:pPr>
        <w:jc w:val="both"/>
      </w:pPr>
      <w:proofErr w:type="spellStart"/>
      <w:r>
        <w:t>Prigovor</w:t>
      </w:r>
      <w:proofErr w:type="spellEnd"/>
      <w:r>
        <w:t xml:space="preserve"> mora </w:t>
      </w:r>
      <w:proofErr w:type="spellStart"/>
      <w:r>
        <w:t>sadržavati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>:</w:t>
      </w:r>
    </w:p>
    <w:p w14:paraId="16DFEB01" w14:textId="77777777" w:rsidR="00294B7A" w:rsidRDefault="00F806CF">
      <w:pPr>
        <w:jc w:val="both"/>
      </w:pPr>
      <w:r>
        <w:t xml:space="preserve">1.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podnositelju</w:t>
      </w:r>
      <w:proofErr w:type="spellEnd"/>
      <w:r>
        <w:t xml:space="preserve"> (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osobno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OIB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identifikacijski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zakonodavstvom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sjedišta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);</w:t>
      </w:r>
    </w:p>
    <w:p w14:paraId="27474415" w14:textId="77777777" w:rsidR="00294B7A" w:rsidRDefault="00F806CF">
      <w:pPr>
        <w:jc w:val="both"/>
      </w:pPr>
      <w:r>
        <w:t xml:space="preserve">2.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(</w:t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u EOJN RH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nabave</w:t>
      </w:r>
      <w:proofErr w:type="spellEnd"/>
      <w:r>
        <w:t>);</w:t>
      </w:r>
    </w:p>
    <w:p w14:paraId="740B8E60" w14:textId="77777777" w:rsidR="00294B7A" w:rsidRDefault="00F806CF">
      <w:pPr>
        <w:jc w:val="both"/>
      </w:pPr>
      <w:r>
        <w:t xml:space="preserve">3. </w:t>
      </w:r>
      <w:proofErr w:type="spellStart"/>
      <w:r>
        <w:t>akt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odnosi</w:t>
      </w:r>
      <w:proofErr w:type="spellEnd"/>
      <w:r>
        <w:t>;</w:t>
      </w:r>
    </w:p>
    <w:p w14:paraId="7A61F447" w14:textId="77777777" w:rsidR="00294B7A" w:rsidRDefault="00F806CF">
      <w:pPr>
        <w:jc w:val="both"/>
      </w:pPr>
      <w:r>
        <w:t xml:space="preserve">4. </w:t>
      </w:r>
      <w:proofErr w:type="spellStart"/>
      <w:r>
        <w:t>kratko</w:t>
      </w:r>
      <w:proofErr w:type="spellEnd"/>
      <w:r>
        <w:t xml:space="preserve">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temelji</w:t>
      </w:r>
      <w:proofErr w:type="spellEnd"/>
      <w:r>
        <w:t xml:space="preserve">, s </w:t>
      </w:r>
      <w:proofErr w:type="spellStart"/>
      <w:r>
        <w:t>opisom</w:t>
      </w:r>
      <w:proofErr w:type="spellEnd"/>
      <w:r>
        <w:t xml:space="preserve"> </w:t>
      </w:r>
      <w:proofErr w:type="spellStart"/>
      <w:r>
        <w:t>eventualnih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>;</w:t>
      </w:r>
    </w:p>
    <w:p w14:paraId="1AE54E4B" w14:textId="77777777" w:rsidR="00294B7A" w:rsidRDefault="00F806CF">
      <w:pPr>
        <w:jc w:val="both"/>
      </w:pPr>
      <w:r>
        <w:t xml:space="preserve">5.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prigovorom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>.</w:t>
      </w:r>
    </w:p>
    <w:p w14:paraId="69F94885" w14:textId="77777777" w:rsidR="00294B7A" w:rsidRDefault="00F806CF">
      <w:pPr>
        <w:jc w:val="both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sadržava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koji </w:t>
      </w:r>
      <w:proofErr w:type="spellStart"/>
      <w:r>
        <w:t>onemogućuje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nerazumljiv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nepotpun</w:t>
      </w:r>
      <w:proofErr w:type="spellEnd"/>
      <w:r>
        <w:t xml:space="preserve">,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podnositelja</w:t>
      </w:r>
      <w:proofErr w:type="spellEnd"/>
      <w:r>
        <w:t xml:space="preserve"> da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otkloni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 od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upozorenje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nedostatak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, a po </w:t>
      </w:r>
      <w:proofErr w:type="spellStart"/>
      <w:r>
        <w:t>prigovoru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>.</w:t>
      </w:r>
    </w:p>
    <w:p w14:paraId="1B5FF5C7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13.</w:t>
      </w:r>
    </w:p>
    <w:p w14:paraId="4B649681" w14:textId="77777777" w:rsidR="00294B7A" w:rsidRDefault="00F806CF">
      <w:pPr>
        <w:jc w:val="both"/>
      </w:pPr>
      <w:proofErr w:type="spellStart"/>
      <w:r>
        <w:t>Ravnatelj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obustaviti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prigovoru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podnositelj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odustane</w:t>
      </w:r>
      <w:proofErr w:type="spellEnd"/>
      <w:r>
        <w:t xml:space="preserve">; </w:t>
      </w:r>
      <w:proofErr w:type="spellStart"/>
      <w:r>
        <w:t>odbaciti</w:t>
      </w:r>
      <w:proofErr w:type="spellEnd"/>
      <w:r>
        <w:t xml:space="preserve"> </w:t>
      </w:r>
      <w:proofErr w:type="spellStart"/>
      <w:r>
        <w:t>nedopušten</w:t>
      </w:r>
      <w:proofErr w:type="spellEnd"/>
      <w:r>
        <w:t xml:space="preserve">, </w:t>
      </w:r>
      <w:proofErr w:type="spellStart"/>
      <w:r>
        <w:t>nepravodoban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neovlaštene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, </w:t>
      </w:r>
      <w:proofErr w:type="spellStart"/>
      <w:r>
        <w:t>prigovor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dostavljen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nedostaci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otklonjeni</w:t>
      </w:r>
      <w:proofErr w:type="spellEnd"/>
      <w:r>
        <w:t xml:space="preserve">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a po </w:t>
      </w:r>
      <w:proofErr w:type="spellStart"/>
      <w:r>
        <w:t>njemu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 xml:space="preserve">;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neosnovan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;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usvojiti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u </w:t>
      </w:r>
      <w:proofErr w:type="spellStart"/>
      <w:r>
        <w:t>dijelu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zahvaćeni</w:t>
      </w:r>
      <w:proofErr w:type="spellEnd"/>
      <w:r>
        <w:t xml:space="preserve"> </w:t>
      </w:r>
      <w:proofErr w:type="spellStart"/>
      <w:r>
        <w:t>nezakonitošću</w:t>
      </w:r>
      <w:proofErr w:type="spellEnd"/>
      <w:r>
        <w:t>.</w:t>
      </w:r>
    </w:p>
    <w:p w14:paraId="6CEEAA14" w14:textId="77777777" w:rsidR="00294B7A" w:rsidRDefault="00F806CF">
      <w:pPr>
        <w:jc w:val="both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odabiru</w:t>
      </w:r>
      <w:proofErr w:type="spellEnd"/>
      <w:r>
        <w:t xml:space="preserve"> </w:t>
      </w:r>
      <w:proofErr w:type="spellStart"/>
      <w:r>
        <w:t>poništi</w:t>
      </w:r>
      <w:proofErr w:type="spellEnd"/>
      <w:r>
        <w:t xml:space="preserve">, </w:t>
      </w:r>
      <w:proofErr w:type="spellStart"/>
      <w:r>
        <w:t>ponovno</w:t>
      </w:r>
      <w:proofErr w:type="spellEnd"/>
      <w:r>
        <w:t xml:space="preserve"> se </w:t>
      </w:r>
      <w:proofErr w:type="spellStart"/>
      <w:r>
        <w:t>pregledavaju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ocjenjuju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nova </w:t>
      </w:r>
      <w:proofErr w:type="spellStart"/>
      <w:r>
        <w:t>odluka</w:t>
      </w:r>
      <w:proofErr w:type="spellEnd"/>
      <w:r>
        <w:t xml:space="preserve">. U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usvajanja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odluci</w:t>
      </w:r>
      <w:proofErr w:type="spellEnd"/>
      <w:r>
        <w:t xml:space="preserve"> o </w:t>
      </w:r>
      <w:proofErr w:type="spellStart"/>
      <w:r>
        <w:t>prigovoru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otklanja</w:t>
      </w:r>
      <w:proofErr w:type="spellEnd"/>
      <w:r>
        <w:t xml:space="preserve"> </w:t>
      </w:r>
      <w:proofErr w:type="spellStart"/>
      <w:r>
        <w:t>utvrđenu</w:t>
      </w:r>
      <w:proofErr w:type="spellEnd"/>
      <w:r>
        <w:t xml:space="preserve"> </w:t>
      </w:r>
      <w:proofErr w:type="spellStart"/>
      <w:r>
        <w:t>nezakonitost</w:t>
      </w:r>
      <w:proofErr w:type="spellEnd"/>
      <w:r>
        <w:t xml:space="preserve">.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prigovoru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podnositelju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RH.</w:t>
      </w:r>
    </w:p>
    <w:p w14:paraId="1AFFAB97" w14:textId="77777777" w:rsidR="00294B7A" w:rsidRDefault="00F806CF">
      <w:pPr>
        <w:jc w:val="both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ravnatelja</w:t>
      </w:r>
      <w:proofErr w:type="spellEnd"/>
      <w:r>
        <w:t xml:space="preserve"> </w:t>
      </w:r>
      <w:proofErr w:type="spellStart"/>
      <w:r>
        <w:t>donesene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dopuštena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pred </w:t>
      </w:r>
      <w:proofErr w:type="spellStart"/>
      <w:r>
        <w:t>mjesno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upravnim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prigovoru</w:t>
      </w:r>
      <w:proofErr w:type="spellEnd"/>
      <w:r>
        <w:t xml:space="preserve">. </w:t>
      </w:r>
      <w:proofErr w:type="spellStart"/>
      <w:r>
        <w:t>Podnositelju</w:t>
      </w:r>
      <w:proofErr w:type="spellEnd"/>
      <w:r>
        <w:t xml:space="preserve"> ne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po </w:t>
      </w:r>
      <w:proofErr w:type="spellStart"/>
      <w:r>
        <w:t>prigovoru</w:t>
      </w:r>
      <w:proofErr w:type="spellEnd"/>
      <w:r>
        <w:t>.</w:t>
      </w:r>
    </w:p>
    <w:p w14:paraId="5D66901A" w14:textId="77777777" w:rsidR="00294B7A" w:rsidRDefault="00F806CF">
      <w:pPr>
        <w:pStyle w:val="Heading1"/>
        <w:spacing w:before="160"/>
      </w:pPr>
      <w:r>
        <w:t>V IZVRŠENJE I DOKUMENTACIJA</w:t>
      </w:r>
    </w:p>
    <w:p w14:paraId="42B323E4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14.</w:t>
      </w:r>
    </w:p>
    <w:p w14:paraId="6D74B1A0" w14:textId="77777777" w:rsidR="00294B7A" w:rsidRDefault="00F806CF">
      <w:pPr>
        <w:jc w:val="both"/>
      </w:pPr>
      <w:proofErr w:type="spellStart"/>
      <w:r>
        <w:t>Ravnatelj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narudžbenice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do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obveza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pravodobno</w:t>
      </w:r>
      <w:proofErr w:type="spellEnd"/>
      <w:r>
        <w:t xml:space="preserve"> </w:t>
      </w:r>
      <w:proofErr w:type="spellStart"/>
      <w:r>
        <w:t>poduzima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. Na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narudžbenice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se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</w:t>
      </w:r>
      <w:proofErr w:type="spellStart"/>
      <w:r>
        <w:t>tijekom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>.</w:t>
      </w:r>
    </w:p>
    <w:p w14:paraId="30CF3220" w14:textId="77777777" w:rsidR="00294B7A" w:rsidRDefault="00F806CF">
      <w:pPr>
        <w:jc w:val="both"/>
      </w:pPr>
      <w:r>
        <w:t xml:space="preserve">U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15.000,00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sklopljenog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objavljuju</w:t>
      </w:r>
      <w:proofErr w:type="spellEnd"/>
      <w:r>
        <w:t xml:space="preserve"> se u EOJN RH,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navođenje</w:t>
      </w:r>
      <w:proofErr w:type="spellEnd"/>
      <w:r>
        <w:t xml:space="preserve"> </w:t>
      </w:r>
      <w:proofErr w:type="spellStart"/>
      <w:r>
        <w:t>slučajeva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opravdavaju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uputu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12.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17C2B7CA" w14:textId="77777777" w:rsidR="00294B7A" w:rsidRDefault="00F806CF">
      <w:pPr>
        <w:keepLines/>
        <w:jc w:val="both"/>
      </w:pPr>
      <w:proofErr w:type="spellStart"/>
      <w:r>
        <w:lastRenderedPageBreak/>
        <w:t>Škola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narudžbenica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28.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, </w:t>
      </w:r>
      <w:proofErr w:type="spellStart"/>
      <w:r>
        <w:t>dodacima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raskidu</w:t>
      </w:r>
      <w:proofErr w:type="spellEnd"/>
      <w:r>
        <w:t xml:space="preserve">.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zaduženi</w:t>
      </w:r>
      <w:proofErr w:type="spellEnd"/>
      <w:r>
        <w:t xml:space="preserve"> za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pravodobno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osobi</w:t>
      </w:r>
      <w:proofErr w:type="spellEnd"/>
      <w:r>
        <w:t xml:space="preserve"> </w:t>
      </w:r>
      <w:proofErr w:type="spellStart"/>
      <w:r>
        <w:t>zaduženoj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>.</w:t>
      </w:r>
    </w:p>
    <w:p w14:paraId="241182C5" w14:textId="77777777" w:rsidR="00294B7A" w:rsidRDefault="00F806CF">
      <w:pPr>
        <w:jc w:val="both"/>
      </w:pPr>
      <w:proofErr w:type="spellStart"/>
      <w:r>
        <w:t>Dokumentacija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istodobnog</w:t>
      </w:r>
      <w:proofErr w:type="spellEnd"/>
      <w:r>
        <w:t xml:space="preserve"> </w:t>
      </w:r>
      <w:proofErr w:type="spellStart"/>
      <w:r>
        <w:t>slanja</w:t>
      </w:r>
      <w:proofErr w:type="spellEnd"/>
      <w:r>
        <w:t xml:space="preserve">,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obavijest</w:t>
      </w:r>
      <w:proofErr w:type="spellEnd"/>
      <w:r>
        <w:t xml:space="preserve"> s </w:t>
      </w:r>
      <w:proofErr w:type="spellStart"/>
      <w:r>
        <w:t>dokazom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primjenjivi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narudžbenicu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dodatke</w:t>
      </w:r>
      <w:proofErr w:type="spellEnd"/>
      <w:r>
        <w:t xml:space="preserve">. </w:t>
      </w:r>
      <w:proofErr w:type="spellStart"/>
      <w:r>
        <w:t>Čuva</w:t>
      </w:r>
      <w:proofErr w:type="spellEnd"/>
      <w:r>
        <w:t xml:space="preserve"> se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narudžbenice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sklapanja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4ED296DB" w14:textId="77777777" w:rsidR="00294B7A" w:rsidRDefault="00F806CF">
      <w:pPr>
        <w:pStyle w:val="Heading1"/>
        <w:spacing w:before="160"/>
      </w:pPr>
      <w:r>
        <w:t>VI PRIJELAZNE I ZAVRŠNE ODREDBE</w:t>
      </w:r>
    </w:p>
    <w:p w14:paraId="7FF240D9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15.</w:t>
      </w:r>
    </w:p>
    <w:p w14:paraId="0BAEB740" w14:textId="77777777" w:rsidR="00294B7A" w:rsidRDefault="00F806CF">
      <w:pPr>
        <w:jc w:val="both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dovršavaju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primjenjivala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pokretanju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prijelaznih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obveznih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8B8D3D0" w14:textId="77777777" w:rsidR="00294B7A" w:rsidRDefault="00F806CF">
      <w:pPr>
        <w:jc w:val="both"/>
      </w:pPr>
      <w:proofErr w:type="spellStart"/>
      <w:r>
        <w:t>Stupanjem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važiti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, KLASA: 011-03/23-02/1, URBROJ: 251-149-23-1, od 6. </w:t>
      </w:r>
      <w:proofErr w:type="spellStart"/>
      <w:r>
        <w:t>listopada</w:t>
      </w:r>
      <w:proofErr w:type="spellEnd"/>
      <w:r>
        <w:t xml:space="preserve"> 2023.</w:t>
      </w:r>
    </w:p>
    <w:p w14:paraId="75A2A9ED" w14:textId="77777777" w:rsidR="00294B7A" w:rsidRDefault="00F806CF">
      <w:pPr>
        <w:pStyle w:val="Heading2"/>
        <w:jc w:val="center"/>
      </w:pPr>
      <w:proofErr w:type="spellStart"/>
      <w:r>
        <w:t>Članak</w:t>
      </w:r>
      <w:proofErr w:type="spellEnd"/>
      <w:r>
        <w:t xml:space="preserve"> 16.</w:t>
      </w:r>
    </w:p>
    <w:p w14:paraId="7C5DE15B" w14:textId="77777777" w:rsidR="00294B7A" w:rsidRDefault="00F806CF"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: </w:t>
      </w:r>
      <w:proofErr w:type="spellStart"/>
      <w:r>
        <w:t>Obrazac</w:t>
      </w:r>
      <w:proofErr w:type="spellEnd"/>
      <w:r>
        <w:t xml:space="preserve"> 1. </w:t>
      </w:r>
      <w:proofErr w:type="spellStart"/>
      <w:r>
        <w:t>Poziv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2. </w:t>
      </w:r>
      <w:proofErr w:type="spellStart"/>
      <w:r>
        <w:t>Ponudbeni</w:t>
      </w:r>
      <w:proofErr w:type="spellEnd"/>
      <w:r>
        <w:t xml:space="preserve"> list, </w:t>
      </w:r>
      <w:proofErr w:type="spellStart"/>
      <w:r>
        <w:t>Obrazac</w:t>
      </w:r>
      <w:proofErr w:type="spellEnd"/>
      <w:r>
        <w:t xml:space="preserve"> 3.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otvaranju</w:t>
      </w:r>
      <w:proofErr w:type="spellEnd"/>
      <w:r>
        <w:t xml:space="preserve">,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ocjeni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4.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odabiru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5.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poništenju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. </w:t>
      </w:r>
      <w:proofErr w:type="spellStart"/>
      <w:r>
        <w:t>Obrasci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prilagoditi</w:t>
      </w:r>
      <w:proofErr w:type="spellEnd"/>
      <w:r>
        <w:t xml:space="preserve"> </w:t>
      </w:r>
      <w:proofErr w:type="spellStart"/>
      <w:r>
        <w:t>pojedinoj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generira</w:t>
      </w:r>
      <w:proofErr w:type="spellEnd"/>
      <w:r>
        <w:t xml:space="preserve"> EOJN RH,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zadržavanje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>.</w:t>
      </w:r>
    </w:p>
    <w:p w14:paraId="389B4E6E" w14:textId="77777777" w:rsidR="00294B7A" w:rsidRDefault="00F806CF">
      <w:pPr>
        <w:jc w:val="both"/>
      </w:pP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osmoga</w:t>
      </w:r>
      <w:proofErr w:type="spellEnd"/>
      <w:r>
        <w:t xml:space="preserve"> dana od dana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oglasnoj</w:t>
      </w:r>
      <w:proofErr w:type="spellEnd"/>
      <w:r>
        <w:t xml:space="preserve"> </w:t>
      </w:r>
      <w:proofErr w:type="spellStart"/>
      <w:r>
        <w:t>ploči</w:t>
      </w:r>
      <w:proofErr w:type="spellEnd"/>
      <w:r>
        <w:t xml:space="preserve"> </w:t>
      </w:r>
      <w:proofErr w:type="spellStart"/>
      <w:r>
        <w:t>Škole</w:t>
      </w:r>
      <w:proofErr w:type="spellEnd"/>
      <w:r>
        <w:t>.</w:t>
      </w:r>
    </w:p>
    <w:p w14:paraId="391C9ADE" w14:textId="77777777" w:rsidR="00294B7A" w:rsidRDefault="00F806CF">
      <w:pPr>
        <w:jc w:val="both"/>
      </w:pPr>
      <w:proofErr w:type="spellStart"/>
      <w:r>
        <w:t>Pravilnik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objavljuju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internetskoj</w:t>
      </w:r>
      <w:proofErr w:type="spellEnd"/>
      <w:r>
        <w:t xml:space="preserve">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dostupnima</w:t>
      </w:r>
      <w:proofErr w:type="spellEnd"/>
      <w:r>
        <w:t xml:space="preserve"> u EOJN RH.</w:t>
      </w:r>
    </w:p>
    <w:p w14:paraId="196E0660" w14:textId="77777777" w:rsidR="00294B7A" w:rsidRDefault="00294B7A">
      <w:pPr>
        <w:jc w:val="both"/>
      </w:pPr>
    </w:p>
    <w:p w14:paraId="2CF74E8B" w14:textId="18A0B8B7" w:rsidR="00294B7A" w:rsidRDefault="00F806CF">
      <w:r>
        <w:t>KLASA:</w:t>
      </w:r>
      <w:r w:rsidR="00516CB6" w:rsidRPr="00516CB6">
        <w:t xml:space="preserve"> </w:t>
      </w:r>
      <w:r w:rsidR="00516CB6" w:rsidRPr="00516CB6">
        <w:t>011-03/26-01/1</w:t>
      </w:r>
    </w:p>
    <w:p w14:paraId="268CF0C8" w14:textId="57499E70" w:rsidR="00294B7A" w:rsidRDefault="00F806CF">
      <w:r>
        <w:t xml:space="preserve">URBROJ: </w:t>
      </w:r>
      <w:r w:rsidR="00516CB6" w:rsidRPr="00516CB6">
        <w:t>251-149-26-1</w:t>
      </w:r>
    </w:p>
    <w:p w14:paraId="07FDEAAC" w14:textId="4F510D87" w:rsidR="00294B7A" w:rsidRDefault="00F806CF">
      <w:r>
        <w:t xml:space="preserve">Zagreb, </w:t>
      </w:r>
      <w:r w:rsidR="00516CB6">
        <w:t>21.10.2026.</w:t>
      </w:r>
    </w:p>
    <w:p w14:paraId="33207CEF" w14:textId="77777777" w:rsidR="00294B7A" w:rsidRDefault="00294B7A">
      <w:pPr>
        <w:jc w:val="both"/>
      </w:pPr>
    </w:p>
    <w:p w14:paraId="0065BC5D" w14:textId="77777777" w:rsidR="00294B7A" w:rsidRDefault="00F806CF">
      <w:pPr>
        <w:jc w:val="right"/>
      </w:pPr>
      <w:proofErr w:type="spellStart"/>
      <w:r>
        <w:t>Predsjednik</w:t>
      </w:r>
      <w:proofErr w:type="spellEnd"/>
      <w:r>
        <w:t>/</w:t>
      </w:r>
      <w:proofErr w:type="spellStart"/>
      <w:r>
        <w:t>Predsjednica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</w:p>
    <w:p w14:paraId="59F7DF9A" w14:textId="77777777" w:rsidR="00294B7A" w:rsidRDefault="00F806CF">
      <w:pPr>
        <w:jc w:val="right"/>
      </w:pPr>
      <w:r>
        <w:t>__________________________________</w:t>
      </w:r>
    </w:p>
    <w:p w14:paraId="1549EA0C" w14:textId="77777777" w:rsidR="00294B7A" w:rsidRDefault="00294B7A">
      <w:pPr>
        <w:jc w:val="both"/>
      </w:pPr>
    </w:p>
    <w:p w14:paraId="4FA47AB7" w14:textId="73C2E9A9" w:rsidR="00294B7A" w:rsidRDefault="00F806CF">
      <w:pPr>
        <w:jc w:val="both"/>
      </w:pP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</w:t>
      </w:r>
      <w:proofErr w:type="spellStart"/>
      <w:r>
        <w:t>objavljen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oglasnoj</w:t>
      </w:r>
      <w:proofErr w:type="spellEnd"/>
      <w:r>
        <w:t xml:space="preserve"> </w:t>
      </w:r>
      <w:proofErr w:type="spellStart"/>
      <w:r>
        <w:t>ploči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dana </w:t>
      </w:r>
      <w:r w:rsidR="00516CB6">
        <w:t xml:space="preserve">22.10.2026. </w:t>
      </w:r>
      <w:proofErr w:type="spellStart"/>
      <w:r w:rsidR="00516CB6">
        <w:t>godine</w:t>
      </w:r>
      <w:proofErr w:type="spellEnd"/>
      <w:r w:rsidR="00516CB6">
        <w:t>,</w:t>
      </w:r>
      <w:r>
        <w:t xml:space="preserve"> a </w:t>
      </w:r>
      <w:proofErr w:type="spellStart"/>
      <w:r>
        <w:t>stupio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dana </w:t>
      </w:r>
      <w:r w:rsidR="00516CB6">
        <w:t xml:space="preserve">30.10.2026. </w:t>
      </w:r>
      <w:proofErr w:type="spellStart"/>
      <w:r w:rsidR="00516CB6">
        <w:t>godine</w:t>
      </w:r>
      <w:proofErr w:type="spellEnd"/>
      <w:r w:rsidR="00516CB6">
        <w:t>.</w:t>
      </w:r>
    </w:p>
    <w:p w14:paraId="7404ACB2" w14:textId="77777777" w:rsidR="00294B7A" w:rsidRDefault="00294B7A">
      <w:pPr>
        <w:jc w:val="both"/>
      </w:pPr>
    </w:p>
    <w:p w14:paraId="72623048" w14:textId="77777777" w:rsidR="00294B7A" w:rsidRDefault="00F806CF">
      <w:pPr>
        <w:jc w:val="right"/>
      </w:pPr>
      <w:proofErr w:type="spellStart"/>
      <w:r>
        <w:t>Ravnatelj</w:t>
      </w:r>
      <w:proofErr w:type="spellEnd"/>
    </w:p>
    <w:p w14:paraId="3BE331AB" w14:textId="77777777" w:rsidR="00294B7A" w:rsidRDefault="00F806CF">
      <w:pPr>
        <w:jc w:val="right"/>
      </w:pPr>
      <w:r>
        <w:t>__________________________________</w:t>
      </w:r>
    </w:p>
    <w:p w14:paraId="15F53C2C" w14:textId="77777777" w:rsidR="00294B7A" w:rsidRDefault="00F806CF">
      <w:pPr>
        <w:pageBreakBefore/>
        <w:spacing w:after="120"/>
        <w:jc w:val="right"/>
      </w:pPr>
      <w:proofErr w:type="spellStart"/>
      <w:r>
        <w:rPr>
          <w:b/>
        </w:rPr>
        <w:lastRenderedPageBreak/>
        <w:t>Obrazac</w:t>
      </w:r>
      <w:proofErr w:type="spellEnd"/>
      <w:r>
        <w:rPr>
          <w:b/>
        </w:rPr>
        <w:t xml:space="preserve"> 1</w:t>
      </w:r>
    </w:p>
    <w:p w14:paraId="7C122FA9" w14:textId="77777777" w:rsidR="00294B7A" w:rsidRDefault="00F806CF">
      <w:pPr>
        <w:spacing w:after="120"/>
      </w:pPr>
      <w:r>
        <w:t>OŠ VLADIMIRA NAZORA</w:t>
      </w:r>
      <w:r>
        <w:br/>
      </w:r>
      <w:proofErr w:type="spellStart"/>
      <w:r>
        <w:t>Jordanovac</w:t>
      </w:r>
      <w:proofErr w:type="spellEnd"/>
      <w:r>
        <w:t xml:space="preserve"> 23, Zagreb</w:t>
      </w:r>
      <w:r>
        <w:br/>
        <w:t>OIB: 46501469845</w:t>
      </w:r>
    </w:p>
    <w:p w14:paraId="60BB51C4" w14:textId="77777777" w:rsidR="00294B7A" w:rsidRDefault="00F806CF">
      <w:pPr>
        <w:spacing w:after="120"/>
      </w:pPr>
      <w:r>
        <w:t>KLASA: ____________________    URBROJ: ____________________</w:t>
      </w:r>
      <w:r>
        <w:br/>
        <w:t>Zagreb, ____________________</w:t>
      </w:r>
    </w:p>
    <w:p w14:paraId="0D3CB149" w14:textId="77777777" w:rsidR="00294B7A" w:rsidRDefault="00F806CF">
      <w:pPr>
        <w:pStyle w:val="Title"/>
        <w:jc w:val="center"/>
      </w:pPr>
      <w:r>
        <w:t>POZIV ZA DOSTAVU PONUDA</w:t>
      </w:r>
    </w:p>
    <w:p w14:paraId="6C69F244" w14:textId="77777777" w:rsidR="00294B7A" w:rsidRDefault="00F806CF">
      <w:pPr>
        <w:spacing w:after="120"/>
      </w:pPr>
      <w:proofErr w:type="spellStart"/>
      <w:r>
        <w:t>Gospodarski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/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objava</w:t>
      </w:r>
      <w:proofErr w:type="spellEnd"/>
      <w:r>
        <w:t>: __________________________________</w:t>
      </w:r>
    </w:p>
    <w:p w14:paraId="3780161C" w14:textId="77777777" w:rsidR="00294B7A" w:rsidRDefault="00F806CF">
      <w:pPr>
        <w:spacing w:after="120"/>
      </w:pPr>
      <w:proofErr w:type="spellStart"/>
      <w:r>
        <w:t>Poštovani</w:t>
      </w:r>
      <w:proofErr w:type="spellEnd"/>
      <w:r>
        <w:t>,</w:t>
      </w:r>
      <w:r>
        <w:br/>
        <w:t xml:space="preserve">OŠ </w:t>
      </w:r>
      <w:proofErr w:type="spellStart"/>
      <w:r>
        <w:t>Vladimira</w:t>
      </w:r>
      <w:proofErr w:type="spellEnd"/>
      <w:r>
        <w:t xml:space="preserve"> Nazora </w:t>
      </w:r>
      <w:proofErr w:type="spellStart"/>
      <w:r>
        <w:t>upućuje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za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naveden</w:t>
      </w:r>
      <w:proofErr w:type="spellEnd"/>
      <w:r>
        <w:t xml:space="preserve"> u </w:t>
      </w:r>
      <w:proofErr w:type="spellStart"/>
      <w:r>
        <w:t>nastavku</w:t>
      </w:r>
      <w:proofErr w:type="spellEnd"/>
      <w:r>
        <w:t xml:space="preserve">,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15.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Pravilniku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Škole</w:t>
      </w:r>
      <w:proofErr w:type="spellEnd"/>
      <w:r>
        <w:t>.</w:t>
      </w:r>
    </w:p>
    <w:p w14:paraId="47DD104E" w14:textId="77777777" w:rsidR="00294B7A" w:rsidRDefault="00F806CF">
      <w:pPr>
        <w:pStyle w:val="Heading2"/>
        <w:spacing w:before="140" w:after="120"/>
      </w:pPr>
      <w:r>
        <w:t xml:space="preserve">1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nabavi</w:t>
      </w:r>
      <w:proofErr w:type="spellEnd"/>
    </w:p>
    <w:p w14:paraId="06C75BE7" w14:textId="77777777" w:rsidR="00294B7A" w:rsidRDefault="00F806CF">
      <w:pPr>
        <w:spacing w:after="120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nabave</w:t>
      </w:r>
      <w:proofErr w:type="spellEnd"/>
      <w:r>
        <w:t>: __________________________________________________</w:t>
      </w:r>
      <w:r>
        <w:br/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>: ____________________</w:t>
      </w:r>
      <w:r>
        <w:br/>
      </w:r>
      <w:proofErr w:type="spellStart"/>
      <w:r>
        <w:t>Procijenjena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bez PDV-a: ____________________ EUR</w:t>
      </w:r>
      <w:r>
        <w:br/>
      </w:r>
      <w:proofErr w:type="spellStart"/>
      <w:r>
        <w:t>Vrsta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slanja</w:t>
      </w:r>
      <w:proofErr w:type="spellEnd"/>
      <w:r>
        <w:t xml:space="preserve"> /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poziva</w:t>
      </w:r>
      <w:proofErr w:type="spellEnd"/>
      <w:r>
        <w:t>: __________________________</w:t>
      </w:r>
      <w:r>
        <w:br/>
      </w:r>
      <w:proofErr w:type="spellStart"/>
      <w:r>
        <w:t>Broj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u EOJN RH,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primjenjivo</w:t>
      </w:r>
      <w:proofErr w:type="spellEnd"/>
      <w:r>
        <w:t>: ____________________________</w:t>
      </w:r>
    </w:p>
    <w:p w14:paraId="291D5F0C" w14:textId="77777777" w:rsidR="00294B7A" w:rsidRDefault="00F806CF">
      <w:pPr>
        <w:spacing w:after="120"/>
      </w:pPr>
      <w:proofErr w:type="spellStart"/>
      <w:r>
        <w:t>Opis</w:t>
      </w:r>
      <w:proofErr w:type="spellEnd"/>
      <w:r>
        <w:t xml:space="preserve">,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nabave</w:t>
      </w:r>
      <w:proofErr w:type="spellEnd"/>
      <w:r>
        <w:t>:</w:t>
      </w:r>
    </w:p>
    <w:p w14:paraId="66D416B0" w14:textId="77777777" w:rsidR="00294B7A" w:rsidRDefault="00F806CF">
      <w:pPr>
        <w:spacing w:after="120"/>
      </w:pPr>
      <w:r>
        <w:t>________________________________________________________________</w:t>
      </w:r>
    </w:p>
    <w:p w14:paraId="71775B24" w14:textId="77777777" w:rsidR="00294B7A" w:rsidRDefault="00F806CF">
      <w:pPr>
        <w:spacing w:after="120"/>
      </w:pPr>
      <w:r>
        <w:t>________________________________________________________________</w:t>
      </w:r>
    </w:p>
    <w:p w14:paraId="0AF061ED" w14:textId="77777777" w:rsidR="00294B7A" w:rsidRDefault="00F806CF">
      <w:pPr>
        <w:spacing w:after="120"/>
      </w:pPr>
      <w:proofErr w:type="spellStart"/>
      <w:r>
        <w:t>Troškovnik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u </w:t>
      </w:r>
      <w:proofErr w:type="spellStart"/>
      <w:r>
        <w:t>prilogu</w:t>
      </w:r>
      <w:proofErr w:type="spellEnd"/>
      <w:r>
        <w:t>: _________________________</w:t>
      </w:r>
    </w:p>
    <w:p w14:paraId="42E97FAA" w14:textId="77777777" w:rsidR="00294B7A" w:rsidRDefault="00F806CF">
      <w:pPr>
        <w:pStyle w:val="Heading2"/>
        <w:spacing w:before="140" w:after="120"/>
      </w:pPr>
      <w:r>
        <w:t xml:space="preserve">2 </w:t>
      </w:r>
      <w:proofErr w:type="spellStart"/>
      <w:r>
        <w:t>Uvjeti</w:t>
      </w:r>
      <w:proofErr w:type="spellEnd"/>
      <w:r>
        <w:t xml:space="preserve"> </w:t>
      </w:r>
      <w:proofErr w:type="spellStart"/>
      <w:r>
        <w:t>nabave</w:t>
      </w:r>
      <w:proofErr w:type="spellEnd"/>
    </w:p>
    <w:p w14:paraId="12D369F0" w14:textId="77777777" w:rsidR="00294B7A" w:rsidRDefault="00F806CF">
      <w:pPr>
        <w:spacing w:after="120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ugovaranja</w:t>
      </w:r>
      <w:proofErr w:type="spellEnd"/>
      <w:r>
        <w:t xml:space="preserve">: </w:t>
      </w:r>
      <w:proofErr w:type="spellStart"/>
      <w:r>
        <w:t>narudžbenica</w:t>
      </w:r>
      <w:proofErr w:type="spellEnd"/>
      <w:r>
        <w:t xml:space="preserve"> / </w:t>
      </w:r>
      <w:proofErr w:type="spellStart"/>
      <w:r>
        <w:t>ugovor</w:t>
      </w:r>
      <w:proofErr w:type="spellEnd"/>
      <w:r>
        <w:br/>
      </w:r>
      <w:proofErr w:type="spellStart"/>
      <w:r>
        <w:t>Mjesto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>: __________________________________________________</w:t>
      </w:r>
      <w:r>
        <w:br/>
      </w:r>
      <w:proofErr w:type="spellStart"/>
      <w:r>
        <w:t>Rok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računanja</w:t>
      </w:r>
      <w:proofErr w:type="spellEnd"/>
      <w:r>
        <w:t>: ____________________________</w:t>
      </w:r>
      <w:r>
        <w:br/>
      </w:r>
      <w:proofErr w:type="spellStart"/>
      <w:r>
        <w:t>Trajanje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: __________________________________________________</w:t>
      </w:r>
      <w:r>
        <w:br/>
      </w:r>
      <w:proofErr w:type="spellStart"/>
      <w:r>
        <w:t>Rok</w:t>
      </w:r>
      <w:proofErr w:type="spellEnd"/>
      <w:r>
        <w:t xml:space="preserve"> </w:t>
      </w:r>
      <w:proofErr w:type="spellStart"/>
      <w:r>
        <w:t>valjanosti</w:t>
      </w:r>
      <w:proofErr w:type="spellEnd"/>
      <w:r>
        <w:t xml:space="preserve"> </w:t>
      </w:r>
      <w:proofErr w:type="spellStart"/>
      <w:r>
        <w:t>ponude</w:t>
      </w:r>
      <w:proofErr w:type="spellEnd"/>
      <w:r>
        <w:t>: ______________________________________________</w:t>
      </w:r>
      <w:r>
        <w:br/>
      </w:r>
      <w:proofErr w:type="spellStart"/>
      <w:r>
        <w:t>Rok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uvjeti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>: __________________________________________</w:t>
      </w:r>
    </w:p>
    <w:p w14:paraId="5393D31C" w14:textId="77777777" w:rsidR="00294B7A" w:rsidRDefault="00F806CF">
      <w:pPr>
        <w:spacing w:after="120"/>
      </w:pPr>
      <w:r>
        <w:t xml:space="preserve">U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uključuju</w:t>
      </w:r>
      <w:proofErr w:type="spellEnd"/>
      <w:r>
        <w:t xml:space="preserve"> se </w:t>
      </w:r>
      <w:proofErr w:type="spellStart"/>
      <w:r>
        <w:t>svi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popusti</w:t>
      </w:r>
      <w:proofErr w:type="spellEnd"/>
      <w:r>
        <w:t xml:space="preserve">. </w:t>
      </w:r>
      <w:proofErr w:type="spellStart"/>
      <w:r>
        <w:t>Ponuditelj</w:t>
      </w:r>
      <w:proofErr w:type="spellEnd"/>
      <w:r>
        <w:t xml:space="preserve"> </w:t>
      </w:r>
      <w:proofErr w:type="spellStart"/>
      <w:r>
        <w:t>zasebno</w:t>
      </w:r>
      <w:proofErr w:type="spellEnd"/>
      <w:r>
        <w:t xml:space="preserve"> </w:t>
      </w:r>
      <w:proofErr w:type="spellStart"/>
      <w:r>
        <w:t>iskazuje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bez PDV-a, </w:t>
      </w:r>
      <w:proofErr w:type="spellStart"/>
      <w:r>
        <w:t>iznos</w:t>
      </w:r>
      <w:proofErr w:type="spellEnd"/>
      <w:r>
        <w:t xml:space="preserve"> PDV-a </w:t>
      </w:r>
      <w:proofErr w:type="spellStart"/>
      <w:r>
        <w:t>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s PDV-</w:t>
      </w:r>
      <w:proofErr w:type="spellStart"/>
      <w:r>
        <w:t>om.</w:t>
      </w:r>
      <w:proofErr w:type="spellEnd"/>
    </w:p>
    <w:p w14:paraId="6916B87A" w14:textId="77777777" w:rsidR="00294B7A" w:rsidRDefault="00F806CF">
      <w:pPr>
        <w:spacing w:after="120"/>
      </w:pPr>
      <w:proofErr w:type="spellStart"/>
      <w:r>
        <w:t>Kriterij</w:t>
      </w:r>
      <w:proofErr w:type="spellEnd"/>
      <w:r>
        <w:t xml:space="preserve"> </w:t>
      </w:r>
      <w:proofErr w:type="spellStart"/>
      <w:r>
        <w:t>odabira</w:t>
      </w:r>
      <w:proofErr w:type="spellEnd"/>
      <w:r>
        <w:t xml:space="preserve">: </w:t>
      </w:r>
      <w:proofErr w:type="spellStart"/>
      <w:r>
        <w:t>najniža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/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najpovoljnija</w:t>
      </w:r>
      <w:proofErr w:type="spellEnd"/>
      <w:r>
        <w:t xml:space="preserve"> </w:t>
      </w:r>
      <w:proofErr w:type="spellStart"/>
      <w:r>
        <w:t>ponuda</w:t>
      </w:r>
      <w:proofErr w:type="spellEnd"/>
      <w:r>
        <w:br/>
      </w:r>
      <w:proofErr w:type="spellStart"/>
      <w:r>
        <w:t>Mjerila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>: _________________________</w:t>
      </w:r>
    </w:p>
    <w:p w14:paraId="27B02253" w14:textId="77777777" w:rsidR="00294B7A" w:rsidRDefault="00F806CF">
      <w:pPr>
        <w:pageBreakBefore/>
        <w:spacing w:after="120"/>
        <w:jc w:val="right"/>
      </w:pPr>
      <w:proofErr w:type="spellStart"/>
      <w:r>
        <w:rPr>
          <w:b/>
        </w:rPr>
        <w:lastRenderedPageBreak/>
        <w:t>Obrazac</w:t>
      </w:r>
      <w:proofErr w:type="spellEnd"/>
      <w:r>
        <w:rPr>
          <w:b/>
        </w:rPr>
        <w:t xml:space="preserve"> 1 — </w:t>
      </w:r>
      <w:proofErr w:type="spellStart"/>
      <w:r>
        <w:rPr>
          <w:b/>
        </w:rPr>
        <w:t>nastavak</w:t>
      </w:r>
      <w:proofErr w:type="spellEnd"/>
    </w:p>
    <w:p w14:paraId="2B218340" w14:textId="77777777" w:rsidR="00294B7A" w:rsidRDefault="00F806CF">
      <w:pPr>
        <w:pStyle w:val="Heading2"/>
        <w:spacing w:before="140" w:after="120"/>
      </w:pPr>
      <w:r>
        <w:t xml:space="preserve">3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uvjeti</w:t>
      </w:r>
      <w:proofErr w:type="spellEnd"/>
    </w:p>
    <w:p w14:paraId="3FB4F176" w14:textId="77777777" w:rsidR="00294B7A" w:rsidRDefault="00F806CF">
      <w:pPr>
        <w:spacing w:after="120"/>
      </w:pPr>
      <w:proofErr w:type="spellStart"/>
      <w:r>
        <w:t>Osnove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uvjeti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traženi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>:</w:t>
      </w:r>
    </w:p>
    <w:p w14:paraId="1BA01316" w14:textId="77777777" w:rsidR="00294B7A" w:rsidRDefault="00F806CF">
      <w:pPr>
        <w:spacing w:after="120"/>
      </w:pPr>
      <w:r>
        <w:t>________________________________________________________________</w:t>
      </w:r>
    </w:p>
    <w:p w14:paraId="6708F6F3" w14:textId="77777777" w:rsidR="00294B7A" w:rsidRDefault="00F806CF">
      <w:pPr>
        <w:spacing w:after="120"/>
      </w:pPr>
      <w:r>
        <w:t>________________________________________________________________</w:t>
      </w:r>
    </w:p>
    <w:p w14:paraId="5DF6BED0" w14:textId="77777777" w:rsidR="00294B7A" w:rsidRDefault="00F806CF">
      <w:pPr>
        <w:spacing w:after="120"/>
      </w:pPr>
      <w:proofErr w:type="spellStart"/>
      <w:r>
        <w:t>Jamstva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uvjeti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>:</w:t>
      </w:r>
    </w:p>
    <w:p w14:paraId="5E031909" w14:textId="77777777" w:rsidR="00294B7A" w:rsidRDefault="00F806CF">
      <w:pPr>
        <w:spacing w:after="120"/>
      </w:pPr>
      <w:r>
        <w:t>________________________________________________________________</w:t>
      </w:r>
    </w:p>
    <w:p w14:paraId="37E4688E" w14:textId="77777777" w:rsidR="00294B7A" w:rsidRDefault="00F806CF">
      <w:pPr>
        <w:spacing w:after="120"/>
      </w:pPr>
      <w:r>
        <w:t>________________________________________________________________</w:t>
      </w:r>
    </w:p>
    <w:p w14:paraId="508BD3D8" w14:textId="77777777" w:rsidR="00294B7A" w:rsidRDefault="00F806CF">
      <w:pPr>
        <w:pStyle w:val="Heading2"/>
        <w:spacing w:before="140" w:after="120"/>
      </w:pPr>
      <w:r>
        <w:t xml:space="preserve">4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dijelovi</w:t>
      </w:r>
      <w:proofErr w:type="spellEnd"/>
      <w:r>
        <w:t xml:space="preserve"> </w:t>
      </w:r>
      <w:proofErr w:type="spellStart"/>
      <w:r>
        <w:t>ponude</w:t>
      </w:r>
      <w:proofErr w:type="spellEnd"/>
    </w:p>
    <w:p w14:paraId="1F4AF185" w14:textId="77777777" w:rsidR="00294B7A" w:rsidRDefault="00F806CF">
      <w:pPr>
        <w:spacing w:after="120"/>
      </w:pPr>
      <w:proofErr w:type="spellStart"/>
      <w:r>
        <w:t>Ponuda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ponudbeni</w:t>
      </w:r>
      <w:proofErr w:type="spellEnd"/>
      <w:r>
        <w:t xml:space="preserve"> list, </w:t>
      </w:r>
      <w:proofErr w:type="spellStart"/>
      <w:r>
        <w:t>troškovnik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priloge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zatraženi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pozivom</w:t>
      </w:r>
      <w:proofErr w:type="spellEnd"/>
      <w:r>
        <w:t xml:space="preserve">. </w:t>
      </w:r>
      <w:proofErr w:type="spellStart"/>
      <w:r>
        <w:t>Obrasci</w:t>
      </w:r>
      <w:proofErr w:type="spellEnd"/>
      <w:r>
        <w:t xml:space="preserve"> se </w:t>
      </w:r>
      <w:proofErr w:type="spellStart"/>
      <w:r>
        <w:t>prilagođavaju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generira</w:t>
      </w:r>
      <w:proofErr w:type="spellEnd"/>
      <w:r>
        <w:t xml:space="preserve"> EOJN RH.</w:t>
      </w:r>
    </w:p>
    <w:p w14:paraId="19202BF3" w14:textId="77777777" w:rsidR="00294B7A" w:rsidRDefault="00F806CF">
      <w:pPr>
        <w:spacing w:after="120"/>
      </w:pPr>
      <w:proofErr w:type="spellStart"/>
      <w:r>
        <w:t>Popis</w:t>
      </w:r>
      <w:proofErr w:type="spellEnd"/>
      <w:r>
        <w:t xml:space="preserve"> </w:t>
      </w:r>
      <w:proofErr w:type="spellStart"/>
      <w:r>
        <w:t>traženih</w:t>
      </w:r>
      <w:proofErr w:type="spellEnd"/>
      <w:r>
        <w:t xml:space="preserve"> </w:t>
      </w:r>
      <w:proofErr w:type="spellStart"/>
      <w:r>
        <w:t>priloga</w:t>
      </w:r>
      <w:proofErr w:type="spellEnd"/>
      <w:r>
        <w:t>: ______________________________________________</w:t>
      </w:r>
    </w:p>
    <w:p w14:paraId="0242B856" w14:textId="77777777" w:rsidR="00294B7A" w:rsidRDefault="00F806CF">
      <w:pPr>
        <w:pStyle w:val="Heading2"/>
        <w:spacing w:before="140" w:after="120"/>
      </w:pPr>
      <w:r>
        <w:t xml:space="preserve">5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dostave</w:t>
      </w:r>
      <w:proofErr w:type="spellEnd"/>
    </w:p>
    <w:p w14:paraId="54A6716A" w14:textId="77777777" w:rsidR="00294B7A" w:rsidRDefault="00F806CF">
      <w:pPr>
        <w:spacing w:after="120"/>
      </w:pPr>
      <w:proofErr w:type="spellStart"/>
      <w:r>
        <w:t>Ponuda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do ____________________ u __________ sati.</w:t>
      </w:r>
    </w:p>
    <w:p w14:paraId="1059D5DE" w14:textId="0E3A6F1A" w:rsidR="00294B7A" w:rsidRDefault="00F806CF">
      <w:pPr>
        <w:spacing w:after="120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(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7. </w:t>
      </w:r>
      <w:proofErr w:type="spellStart"/>
      <w:r>
        <w:t>Pravilnika</w:t>
      </w:r>
      <w:proofErr w:type="spellEnd"/>
      <w:r>
        <w:t>):</w:t>
      </w:r>
      <w:r>
        <w:br/>
        <w:t xml:space="preserve">–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RH,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u tom </w:t>
      </w:r>
      <w:proofErr w:type="spellStart"/>
      <w:r>
        <w:t>modulu</w:t>
      </w:r>
      <w:proofErr w:type="spellEnd"/>
      <w:r>
        <w:t>: _____________________________________________</w:t>
      </w:r>
      <w:r>
        <w:br/>
        <w:t xml:space="preserve">– za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5.000,00 </w:t>
      </w:r>
      <w:proofErr w:type="spellStart"/>
      <w:r>
        <w:t>eura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pozivom</w:t>
      </w:r>
      <w:proofErr w:type="spellEnd"/>
      <w:r>
        <w:t xml:space="preserve">, </w:t>
      </w:r>
      <w:proofErr w:type="spellStart"/>
      <w:r>
        <w:t>elektroničkom</w:t>
      </w:r>
      <w:proofErr w:type="spellEnd"/>
      <w:r>
        <w:t xml:space="preserve"> </w:t>
      </w:r>
      <w:proofErr w:type="spellStart"/>
      <w:r>
        <w:t>poštom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aplikacijom</w:t>
      </w:r>
      <w:proofErr w:type="spellEnd"/>
      <w:r w:rsidR="007E481D">
        <w:t xml:space="preserve"> za </w:t>
      </w:r>
      <w:proofErr w:type="spellStart"/>
      <w:r w:rsidR="007E481D">
        <w:t>jednostavnu</w:t>
      </w:r>
      <w:proofErr w:type="spellEnd"/>
      <w:r w:rsidR="007E481D">
        <w:t xml:space="preserve"> </w:t>
      </w:r>
      <w:proofErr w:type="spellStart"/>
      <w:r w:rsidR="007E481D">
        <w:t>nabavu</w:t>
      </w:r>
      <w:proofErr w:type="spellEnd"/>
      <w:r>
        <w:t>: _________________________________</w:t>
      </w:r>
    </w:p>
    <w:p w14:paraId="616E4E68" w14:textId="77777777" w:rsidR="00294B7A" w:rsidRDefault="00F806CF">
      <w:pPr>
        <w:spacing w:after="120"/>
      </w:pPr>
      <w:proofErr w:type="spellStart"/>
      <w:r>
        <w:t>Ponude</w:t>
      </w:r>
      <w:proofErr w:type="spellEnd"/>
      <w:r>
        <w:t xml:space="preserve"> </w:t>
      </w:r>
      <w:proofErr w:type="spellStart"/>
      <w:r>
        <w:t>zaprimljene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razmatrati</w:t>
      </w:r>
      <w:proofErr w:type="spellEnd"/>
      <w:r>
        <w:t xml:space="preserve">. </w:t>
      </w:r>
      <w:proofErr w:type="spellStart"/>
      <w:r>
        <w:t>Ponuda</w:t>
      </w:r>
      <w:proofErr w:type="spellEnd"/>
      <w:r>
        <w:t xml:space="preserve"> mora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poziva</w:t>
      </w:r>
      <w:proofErr w:type="spellEnd"/>
      <w:r>
        <w:t>.</w:t>
      </w:r>
    </w:p>
    <w:p w14:paraId="5FC2E4CA" w14:textId="77777777" w:rsidR="00294B7A" w:rsidRDefault="00F806CF">
      <w:pPr>
        <w:pStyle w:val="Heading2"/>
        <w:spacing w:before="140" w:after="120"/>
      </w:pPr>
      <w:r>
        <w:t xml:space="preserve">6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obavijest</w:t>
      </w:r>
      <w:proofErr w:type="spellEnd"/>
      <w:r>
        <w:t xml:space="preserve"> o </w:t>
      </w:r>
      <w:proofErr w:type="spellStart"/>
      <w:r>
        <w:t>rezultatima</w:t>
      </w:r>
      <w:proofErr w:type="spellEnd"/>
    </w:p>
    <w:p w14:paraId="52D000A2" w14:textId="77777777" w:rsidR="00294B7A" w:rsidRDefault="00F806CF">
      <w:pPr>
        <w:spacing w:after="120"/>
      </w:pPr>
      <w:proofErr w:type="spellStart"/>
      <w:r>
        <w:t>Kontakt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, 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e-</w:t>
      </w:r>
      <w:proofErr w:type="spellStart"/>
      <w:r>
        <w:t>adresa</w:t>
      </w:r>
      <w:proofErr w:type="spellEnd"/>
      <w:r>
        <w:t>: ____________________________________</w:t>
      </w:r>
      <w:r>
        <w:br/>
        <w:t>________________________________________________________________</w:t>
      </w:r>
    </w:p>
    <w:p w14:paraId="10B52C3C" w14:textId="77777777" w:rsidR="00294B7A" w:rsidRDefault="00F806CF">
      <w:pPr>
        <w:spacing w:after="120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odabiru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poništenju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elektroničkim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7. </w:t>
      </w:r>
      <w:proofErr w:type="spellStart"/>
      <w:r>
        <w:t>Pravilnika</w:t>
      </w:r>
      <w:proofErr w:type="spellEnd"/>
      <w:r>
        <w:t xml:space="preserve">. Za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15.000,00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odabiru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obavijest</w:t>
      </w:r>
      <w:proofErr w:type="spellEnd"/>
      <w:r>
        <w:t xml:space="preserve"> o </w:t>
      </w:r>
      <w:proofErr w:type="spellStart"/>
      <w:r>
        <w:t>poništenju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u </w:t>
      </w:r>
      <w:proofErr w:type="spellStart"/>
      <w:r>
        <w:t>modulu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uputu</w:t>
      </w:r>
      <w:proofErr w:type="spellEnd"/>
      <w:r>
        <w:t xml:space="preserve"> o </w:t>
      </w:r>
      <w:proofErr w:type="spellStart"/>
      <w:r>
        <w:t>prigovoru</w:t>
      </w:r>
      <w:proofErr w:type="spellEnd"/>
      <w:r>
        <w:t xml:space="preserve">. Za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manju</w:t>
      </w:r>
      <w:proofErr w:type="spellEnd"/>
      <w:r>
        <w:t xml:space="preserve"> od 5.000,00 </w:t>
      </w:r>
      <w:proofErr w:type="spellStart"/>
      <w:r>
        <w:t>eura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zaprimljena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odabrana</w:t>
      </w:r>
      <w:proofErr w:type="spellEnd"/>
      <w:r>
        <w:t xml:space="preserve">,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narudžbenica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sklapa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bez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>.</w:t>
      </w:r>
    </w:p>
    <w:p w14:paraId="116EA40F" w14:textId="77777777" w:rsidR="00294B7A" w:rsidRDefault="00F806CF">
      <w:pPr>
        <w:pStyle w:val="Heading2"/>
        <w:spacing w:before="140" w:after="120"/>
      </w:pPr>
      <w:r>
        <w:t xml:space="preserve">7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</w:p>
    <w:p w14:paraId="5C989802" w14:textId="77777777" w:rsidR="00294B7A" w:rsidRDefault="00F806CF">
      <w:pPr>
        <w:jc w:val="both"/>
      </w:pPr>
      <w:r>
        <w:t xml:space="preserve">Za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15.000,00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gospodarski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pod </w:t>
      </w:r>
      <w:proofErr w:type="spellStart"/>
      <w:r>
        <w:t>uvjetima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članaka</w:t>
      </w:r>
      <w:proofErr w:type="spellEnd"/>
      <w:r>
        <w:t xml:space="preserve"> 12. </w:t>
      </w:r>
      <w:proofErr w:type="spellStart"/>
      <w:r>
        <w:t>i</w:t>
      </w:r>
      <w:proofErr w:type="spellEnd"/>
      <w:r>
        <w:t xml:space="preserve"> 12.a </w:t>
      </w:r>
      <w:proofErr w:type="spellStart"/>
      <w:r>
        <w:t>Pravilnika</w:t>
      </w:r>
      <w:proofErr w:type="spellEnd"/>
      <w:r>
        <w:t xml:space="preserve">.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pet dana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odabiru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poništenju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EOJN RH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upozorena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konkretnu</w:t>
      </w:r>
      <w:proofErr w:type="spellEnd"/>
      <w:r>
        <w:t xml:space="preserve"> </w:t>
      </w:r>
      <w:proofErr w:type="spellStart"/>
      <w:r>
        <w:t>nezakonitost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tijekom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dana </w:t>
      </w:r>
      <w:proofErr w:type="spellStart"/>
      <w:r>
        <w:t>prije</w:t>
      </w:r>
      <w:proofErr w:type="spellEnd"/>
      <w:r>
        <w:t xml:space="preserve"> dana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ponude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je </w:t>
      </w:r>
      <w:proofErr w:type="spellStart"/>
      <w:r>
        <w:t>ispravila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tijekom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dana </w:t>
      </w:r>
      <w:proofErr w:type="spellStart"/>
      <w:r>
        <w:t>prije</w:t>
      </w:r>
      <w:proofErr w:type="spellEnd"/>
      <w:r>
        <w:t xml:space="preserve"> dana </w:t>
      </w:r>
      <w:proofErr w:type="spellStart"/>
      <w:r>
        <w:t>isteka</w:t>
      </w:r>
      <w:proofErr w:type="spellEnd"/>
      <w:r>
        <w:t xml:space="preserve"> tog </w:t>
      </w:r>
      <w:proofErr w:type="spellStart"/>
      <w:r>
        <w:t>roka</w:t>
      </w:r>
      <w:proofErr w:type="spellEnd"/>
      <w:r>
        <w:t xml:space="preserve">. </w:t>
      </w:r>
      <w:proofErr w:type="spellStart"/>
      <w:r>
        <w:t>Prigovor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ravnatelju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RH.</w:t>
      </w:r>
    </w:p>
    <w:p w14:paraId="650C6648" w14:textId="77777777" w:rsidR="00294B7A" w:rsidRDefault="00294B7A">
      <w:pPr>
        <w:spacing w:after="120"/>
      </w:pPr>
    </w:p>
    <w:p w14:paraId="27BCC507" w14:textId="77777777" w:rsidR="00294B7A" w:rsidRDefault="00F806CF">
      <w:pPr>
        <w:spacing w:after="120"/>
        <w:jc w:val="right"/>
      </w:pPr>
      <w:proofErr w:type="spellStart"/>
      <w:r>
        <w:t>Ravnatelj</w:t>
      </w:r>
      <w:proofErr w:type="spellEnd"/>
    </w:p>
    <w:p w14:paraId="0FDF7477" w14:textId="77777777" w:rsidR="00294B7A" w:rsidRDefault="00F806CF">
      <w:pPr>
        <w:spacing w:after="120"/>
        <w:jc w:val="right"/>
      </w:pPr>
      <w:r>
        <w:t>________________________________</w:t>
      </w:r>
    </w:p>
    <w:p w14:paraId="0A83A152" w14:textId="77777777" w:rsidR="00294B7A" w:rsidRDefault="00F806CF">
      <w:pPr>
        <w:pageBreakBefore/>
        <w:spacing w:after="120"/>
        <w:jc w:val="right"/>
      </w:pPr>
      <w:proofErr w:type="spellStart"/>
      <w:r>
        <w:rPr>
          <w:b/>
        </w:rPr>
        <w:lastRenderedPageBreak/>
        <w:t>Obrazac</w:t>
      </w:r>
      <w:proofErr w:type="spellEnd"/>
      <w:r>
        <w:rPr>
          <w:b/>
        </w:rPr>
        <w:t xml:space="preserve"> 2</w:t>
      </w:r>
    </w:p>
    <w:p w14:paraId="76D08115" w14:textId="77777777" w:rsidR="00294B7A" w:rsidRDefault="00F806CF">
      <w:pPr>
        <w:pStyle w:val="Title"/>
        <w:jc w:val="center"/>
      </w:pPr>
      <w:r>
        <w:t>PONUDBENI LIST</w:t>
      </w:r>
    </w:p>
    <w:p w14:paraId="37F4E89B" w14:textId="77777777" w:rsidR="00294B7A" w:rsidRDefault="00F806CF">
      <w:pPr>
        <w:spacing w:after="120"/>
      </w:pPr>
      <w:proofErr w:type="spellStart"/>
      <w:r>
        <w:t>Ponuda</w:t>
      </w:r>
      <w:proofErr w:type="spellEnd"/>
      <w:r>
        <w:t xml:space="preserve"> br. ____________________    Datum: ____________________</w:t>
      </w:r>
      <w:r>
        <w:br/>
      </w:r>
      <w:proofErr w:type="spellStart"/>
      <w:r>
        <w:t>Predmet</w:t>
      </w:r>
      <w:proofErr w:type="spellEnd"/>
      <w:r>
        <w:t xml:space="preserve"> </w:t>
      </w:r>
      <w:proofErr w:type="spellStart"/>
      <w:r>
        <w:t>nabave</w:t>
      </w:r>
      <w:proofErr w:type="spellEnd"/>
      <w:r>
        <w:t>: __________________________________________________</w:t>
      </w:r>
      <w:r>
        <w:br/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nabave</w:t>
      </w:r>
      <w:proofErr w:type="spellEnd"/>
      <w:r>
        <w:t>: ____________________________________________</w:t>
      </w:r>
    </w:p>
    <w:p w14:paraId="498C6464" w14:textId="77777777" w:rsidR="00294B7A" w:rsidRDefault="00F806CF">
      <w:pPr>
        <w:pStyle w:val="Heading2"/>
        <w:spacing w:before="140" w:after="120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ponuditelju</w:t>
      </w:r>
      <w:proofErr w:type="spellEnd"/>
    </w:p>
    <w:p w14:paraId="29F42141" w14:textId="77777777" w:rsidR="00294B7A" w:rsidRDefault="00F806CF">
      <w:pPr>
        <w:spacing w:after="120"/>
      </w:pPr>
      <w:proofErr w:type="spellStart"/>
      <w:r>
        <w:t>Naziv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>: __________________________________________________</w:t>
      </w:r>
    </w:p>
    <w:p w14:paraId="15AC74B0" w14:textId="77777777" w:rsidR="00294B7A" w:rsidRDefault="00F806CF">
      <w:pPr>
        <w:spacing w:after="120"/>
      </w:pPr>
      <w:proofErr w:type="spellStart"/>
      <w:r>
        <w:t>Sjedište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>: __________________________________________________</w:t>
      </w:r>
    </w:p>
    <w:p w14:paraId="14052EA6" w14:textId="77777777" w:rsidR="00294B7A" w:rsidRDefault="00F806CF">
      <w:pPr>
        <w:spacing w:after="120"/>
      </w:pPr>
      <w:r>
        <w:t>OIB: __________________________________________________</w:t>
      </w:r>
    </w:p>
    <w:p w14:paraId="25DB5E50" w14:textId="77777777" w:rsidR="00294B7A" w:rsidRDefault="00F806CF">
      <w:pPr>
        <w:spacing w:after="120"/>
      </w:pPr>
      <w:r>
        <w:t xml:space="preserve">IBAN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banke</w:t>
      </w:r>
      <w:proofErr w:type="spellEnd"/>
      <w:r>
        <w:t>: __________________________________________________</w:t>
      </w:r>
    </w:p>
    <w:p w14:paraId="6BBDEBE4" w14:textId="77777777" w:rsidR="00294B7A" w:rsidRDefault="00F806CF">
      <w:pPr>
        <w:spacing w:after="120"/>
      </w:pPr>
      <w:proofErr w:type="spellStart"/>
      <w:r>
        <w:t>Adresa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pošte</w:t>
      </w:r>
      <w:proofErr w:type="spellEnd"/>
      <w:r>
        <w:t>: __________________________________________________</w:t>
      </w:r>
    </w:p>
    <w:p w14:paraId="700F78F2" w14:textId="77777777" w:rsidR="00294B7A" w:rsidRDefault="00F806CF">
      <w:pPr>
        <w:spacing w:after="120"/>
      </w:pPr>
      <w:proofErr w:type="spellStart"/>
      <w:r>
        <w:t>Adresa</w:t>
      </w:r>
      <w:proofErr w:type="spellEnd"/>
      <w:r>
        <w:t xml:space="preserve"> </w:t>
      </w:r>
      <w:proofErr w:type="spellStart"/>
      <w:r>
        <w:t>elektroničke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>: __________________________________________________</w:t>
      </w:r>
    </w:p>
    <w:p w14:paraId="1C9FC424" w14:textId="77777777" w:rsidR="00294B7A" w:rsidRDefault="00F806CF">
      <w:pPr>
        <w:spacing w:after="120"/>
      </w:pPr>
      <w:proofErr w:type="spellStart"/>
      <w:r>
        <w:t>Kontakt</w:t>
      </w:r>
      <w:proofErr w:type="spellEnd"/>
      <w:r>
        <w:t xml:space="preserve"> </w:t>
      </w:r>
      <w:proofErr w:type="spellStart"/>
      <w:r>
        <w:t>osoba</w:t>
      </w:r>
      <w:proofErr w:type="spellEnd"/>
      <w:r>
        <w:t>: __________________________________________________</w:t>
      </w:r>
    </w:p>
    <w:p w14:paraId="38346608" w14:textId="77777777" w:rsidR="00294B7A" w:rsidRDefault="00F806CF">
      <w:pPr>
        <w:spacing w:after="120"/>
      </w:pPr>
      <w:proofErr w:type="spellStart"/>
      <w:r>
        <w:t>Telefon</w:t>
      </w:r>
      <w:proofErr w:type="spellEnd"/>
      <w:r>
        <w:t xml:space="preserve"> / </w:t>
      </w:r>
      <w:proofErr w:type="spellStart"/>
      <w:r>
        <w:t>telefaks</w:t>
      </w:r>
      <w:proofErr w:type="spellEnd"/>
      <w:r>
        <w:t>: __________________________________________________</w:t>
      </w:r>
    </w:p>
    <w:p w14:paraId="4D3B0949" w14:textId="77777777" w:rsidR="00294B7A" w:rsidRDefault="00F806CF">
      <w:pPr>
        <w:spacing w:after="120"/>
      </w:pPr>
      <w:proofErr w:type="spellStart"/>
      <w:r>
        <w:t>Ponuditelj</w:t>
      </w:r>
      <w:proofErr w:type="spellEnd"/>
      <w:r>
        <w:t xml:space="preserve"> je u </w:t>
      </w:r>
      <w:proofErr w:type="spellStart"/>
      <w:r>
        <w:t>sustavu</w:t>
      </w:r>
      <w:proofErr w:type="spellEnd"/>
      <w:r>
        <w:t xml:space="preserve"> PDV-a: DA / NE (</w:t>
      </w:r>
      <w:proofErr w:type="spellStart"/>
      <w:r>
        <w:t>označiti</w:t>
      </w:r>
      <w:proofErr w:type="spellEnd"/>
      <w:r>
        <w:t>)</w:t>
      </w:r>
    </w:p>
    <w:p w14:paraId="6CE02130" w14:textId="77777777" w:rsidR="00294B7A" w:rsidRDefault="00F806CF">
      <w:pPr>
        <w:pStyle w:val="Heading2"/>
        <w:spacing w:before="140" w:after="120"/>
      </w:pPr>
      <w:proofErr w:type="spellStart"/>
      <w:r>
        <w:t>Cijena</w:t>
      </w:r>
      <w:proofErr w:type="spellEnd"/>
      <w:r>
        <w:t xml:space="preserve"> </w:t>
      </w:r>
      <w:proofErr w:type="spellStart"/>
      <w:r>
        <w:t>ponude</w:t>
      </w:r>
      <w:proofErr w:type="spellEnd"/>
    </w:p>
    <w:p w14:paraId="6D662F50" w14:textId="77777777" w:rsidR="00294B7A" w:rsidRDefault="00F806CF">
      <w:pPr>
        <w:spacing w:after="120"/>
      </w:pPr>
      <w:proofErr w:type="spellStart"/>
      <w:r>
        <w:t>Cijena</w:t>
      </w:r>
      <w:proofErr w:type="spellEnd"/>
      <w:r>
        <w:t xml:space="preserve"> bez PDV-a: ____________________ EUR</w:t>
      </w:r>
      <w:r>
        <w:br/>
      </w:r>
      <w:proofErr w:type="spellStart"/>
      <w:r>
        <w:t>Iznos</w:t>
      </w:r>
      <w:proofErr w:type="spellEnd"/>
      <w:r>
        <w:t xml:space="preserve"> PDV-a: ____________________ EUR</w:t>
      </w:r>
      <w:r>
        <w:br/>
      </w:r>
      <w:proofErr w:type="spellStart"/>
      <w:r>
        <w:t>Cijena</w:t>
      </w:r>
      <w:proofErr w:type="spellEnd"/>
      <w:r>
        <w:t xml:space="preserve"> s PDV-om: ____________________ EUR</w:t>
      </w:r>
      <w:r>
        <w:br/>
      </w:r>
      <w:proofErr w:type="spellStart"/>
      <w:r>
        <w:t>Rok</w:t>
      </w:r>
      <w:proofErr w:type="spellEnd"/>
      <w:r>
        <w:t xml:space="preserve"> </w:t>
      </w:r>
      <w:proofErr w:type="spellStart"/>
      <w:r>
        <w:t>valjanosti</w:t>
      </w:r>
      <w:proofErr w:type="spellEnd"/>
      <w:r>
        <w:t xml:space="preserve"> </w:t>
      </w:r>
      <w:proofErr w:type="spellStart"/>
      <w:r>
        <w:t>ponude</w:t>
      </w:r>
      <w:proofErr w:type="spellEnd"/>
      <w:r>
        <w:t>: ______________________________________________</w:t>
      </w:r>
    </w:p>
    <w:p w14:paraId="0431FA17" w14:textId="77777777" w:rsidR="00294B7A" w:rsidRDefault="00F806CF">
      <w:pPr>
        <w:spacing w:after="120"/>
      </w:pPr>
      <w:proofErr w:type="spellStart"/>
      <w:r>
        <w:t>Ako</w:t>
      </w:r>
      <w:proofErr w:type="spellEnd"/>
      <w:r>
        <w:t xml:space="preserve"> </w:t>
      </w:r>
      <w:proofErr w:type="spellStart"/>
      <w:r>
        <w:t>ponuditelj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sustavu</w:t>
      </w:r>
      <w:proofErr w:type="spellEnd"/>
      <w:r>
        <w:t xml:space="preserve"> PDV-a, PDV se ne </w:t>
      </w:r>
      <w:proofErr w:type="spellStart"/>
      <w:r>
        <w:t>obračunava</w:t>
      </w:r>
      <w:proofErr w:type="spellEnd"/>
      <w:r>
        <w:t>.</w:t>
      </w:r>
    </w:p>
    <w:p w14:paraId="0C53F8BC" w14:textId="77777777" w:rsidR="00294B7A" w:rsidRDefault="00F806CF">
      <w:pPr>
        <w:spacing w:after="120"/>
      </w:pPr>
      <w:proofErr w:type="spellStart"/>
      <w:r>
        <w:t>Prilozi</w:t>
      </w:r>
      <w:proofErr w:type="spellEnd"/>
      <w:r>
        <w:t xml:space="preserve"> </w:t>
      </w:r>
      <w:proofErr w:type="spellStart"/>
      <w:r>
        <w:t>ponudi</w:t>
      </w:r>
      <w:proofErr w:type="spellEnd"/>
      <w:r>
        <w:t>: ____________________________________________________</w:t>
      </w:r>
    </w:p>
    <w:p w14:paraId="0C79F681" w14:textId="77777777" w:rsidR="00294B7A" w:rsidRDefault="00F806CF">
      <w:pPr>
        <w:spacing w:after="120"/>
      </w:pPr>
      <w:r>
        <w:t>U ____________________, dana ____________________</w:t>
      </w:r>
    </w:p>
    <w:p w14:paraId="3DF25ACD" w14:textId="77777777" w:rsidR="00294B7A" w:rsidRDefault="00294B7A">
      <w:pPr>
        <w:spacing w:after="120"/>
      </w:pPr>
    </w:p>
    <w:p w14:paraId="15923D32" w14:textId="77777777" w:rsidR="00294B7A" w:rsidRDefault="00F806CF">
      <w:pPr>
        <w:spacing w:after="120"/>
        <w:jc w:val="right"/>
      </w:pPr>
      <w:r>
        <w:t xml:space="preserve">Ime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ovlaštene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ponuditelja</w:t>
      </w:r>
      <w:proofErr w:type="spellEnd"/>
    </w:p>
    <w:p w14:paraId="26426F06" w14:textId="77777777" w:rsidR="00294B7A" w:rsidRDefault="00F806CF">
      <w:pPr>
        <w:spacing w:after="120"/>
        <w:jc w:val="right"/>
      </w:pPr>
      <w:r>
        <w:t>________________________________</w:t>
      </w:r>
    </w:p>
    <w:p w14:paraId="5DA9F412" w14:textId="77777777" w:rsidR="00294B7A" w:rsidRDefault="00F806CF">
      <w:pPr>
        <w:pageBreakBefore/>
        <w:spacing w:after="120"/>
        <w:jc w:val="right"/>
      </w:pPr>
      <w:proofErr w:type="spellStart"/>
      <w:r>
        <w:rPr>
          <w:b/>
        </w:rPr>
        <w:lastRenderedPageBreak/>
        <w:t>Obrazac</w:t>
      </w:r>
      <w:proofErr w:type="spellEnd"/>
      <w:r>
        <w:rPr>
          <w:b/>
        </w:rPr>
        <w:t xml:space="preserve"> 3</w:t>
      </w:r>
    </w:p>
    <w:p w14:paraId="5C054DE6" w14:textId="77777777" w:rsidR="00294B7A" w:rsidRDefault="00F806CF">
      <w:pPr>
        <w:spacing w:after="120"/>
      </w:pPr>
      <w:r>
        <w:t>OŠ VLADIMIRA NAZORA</w:t>
      </w:r>
      <w:r>
        <w:br/>
      </w:r>
      <w:proofErr w:type="spellStart"/>
      <w:r>
        <w:t>Jordanovac</w:t>
      </w:r>
      <w:proofErr w:type="spellEnd"/>
      <w:r>
        <w:t xml:space="preserve"> 23, Zagreb</w:t>
      </w:r>
      <w:r>
        <w:br/>
        <w:t>OIB: 46501469845</w:t>
      </w:r>
    </w:p>
    <w:p w14:paraId="528A57F4" w14:textId="77777777" w:rsidR="00294B7A" w:rsidRDefault="00F806CF">
      <w:pPr>
        <w:spacing w:after="120"/>
      </w:pPr>
      <w:r>
        <w:t>KLASA: ____________________    URBROJ: ____________________</w:t>
      </w:r>
      <w:r>
        <w:br/>
        <w:t>Zagreb, ____________________</w:t>
      </w:r>
    </w:p>
    <w:p w14:paraId="205D1EF5" w14:textId="77777777" w:rsidR="00294B7A" w:rsidRDefault="00F806CF">
      <w:pPr>
        <w:pStyle w:val="Title"/>
        <w:jc w:val="center"/>
      </w:pPr>
      <w:r>
        <w:t>ZAPISNIK O OTVARANJU PREGLEDU I OCJENI PONUDA</w:t>
      </w:r>
    </w:p>
    <w:p w14:paraId="2F796563" w14:textId="77777777" w:rsidR="00294B7A" w:rsidRDefault="00F806CF">
      <w:pPr>
        <w:spacing w:after="120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nabave</w:t>
      </w:r>
      <w:proofErr w:type="spellEnd"/>
      <w:r>
        <w:t>: __________________________________________________</w:t>
      </w:r>
      <w:r>
        <w:br/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>: ____________________</w:t>
      </w:r>
      <w:r>
        <w:br/>
      </w:r>
      <w:proofErr w:type="spellStart"/>
      <w:r>
        <w:t>Procijenjena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bez PDV-a: ____________________ EUR</w:t>
      </w:r>
      <w:r>
        <w:br/>
        <w:t xml:space="preserve">Datum </w:t>
      </w:r>
      <w:proofErr w:type="spellStart"/>
      <w:r>
        <w:t>slanja</w:t>
      </w:r>
      <w:proofErr w:type="spellEnd"/>
      <w:r>
        <w:t xml:space="preserve"> /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poziva</w:t>
      </w:r>
      <w:proofErr w:type="spellEnd"/>
      <w:r>
        <w:t>: ________________________________________</w:t>
      </w:r>
      <w:r>
        <w:br/>
      </w:r>
      <w:proofErr w:type="spellStart"/>
      <w:r>
        <w:t>Način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EOJN RH: _______________________________</w:t>
      </w:r>
    </w:p>
    <w:p w14:paraId="5F334C46" w14:textId="77777777" w:rsidR="00294B7A" w:rsidRDefault="00F806CF">
      <w:pPr>
        <w:spacing w:after="120"/>
      </w:pPr>
      <w:proofErr w:type="spellStart"/>
      <w:r>
        <w:t>Gospodarski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(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poziva</w:t>
      </w:r>
      <w:proofErr w:type="spellEnd"/>
      <w:r>
        <w:t>:</w:t>
      </w:r>
    </w:p>
    <w:p w14:paraId="4E01F3F1" w14:textId="77777777" w:rsidR="00294B7A" w:rsidRDefault="00F806CF">
      <w:pPr>
        <w:spacing w:after="120"/>
      </w:pPr>
      <w:r>
        <w:t>________________________________________________________________</w:t>
      </w:r>
    </w:p>
    <w:p w14:paraId="3BF84E93" w14:textId="77777777" w:rsidR="00294B7A" w:rsidRDefault="00F806CF">
      <w:pPr>
        <w:spacing w:after="120"/>
      </w:pPr>
      <w:r>
        <w:t>________________________________________________________________</w:t>
      </w:r>
    </w:p>
    <w:p w14:paraId="3FEB3811" w14:textId="77777777" w:rsidR="00294B7A" w:rsidRDefault="00F806CF">
      <w:pPr>
        <w:spacing w:after="120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>: ____________________ u __________ sati</w:t>
      </w:r>
      <w:r>
        <w:br/>
      </w:r>
      <w:proofErr w:type="spellStart"/>
      <w:r>
        <w:t>Ponude</w:t>
      </w:r>
      <w:proofErr w:type="spellEnd"/>
      <w:r>
        <w:t xml:space="preserve"> </w:t>
      </w:r>
      <w:proofErr w:type="spellStart"/>
      <w:r>
        <w:t>otvorene</w:t>
      </w:r>
      <w:proofErr w:type="spellEnd"/>
      <w:r>
        <w:t xml:space="preserve"> dana: ____________________ u __________ sati</w:t>
      </w:r>
      <w:r>
        <w:br/>
      </w:r>
      <w:proofErr w:type="spellStart"/>
      <w:r>
        <w:t>Osobe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otvorile</w:t>
      </w:r>
      <w:proofErr w:type="spellEnd"/>
      <w:r>
        <w:t xml:space="preserve"> </w:t>
      </w:r>
      <w:proofErr w:type="spellStart"/>
      <w:r>
        <w:t>ponude</w:t>
      </w:r>
      <w:proofErr w:type="spellEnd"/>
      <w:r>
        <w:t>: _______________________________________</w:t>
      </w:r>
    </w:p>
    <w:p w14:paraId="3DD2B5C6" w14:textId="77777777" w:rsidR="00294B7A" w:rsidRDefault="00F806CF">
      <w:pPr>
        <w:spacing w:after="120"/>
      </w:pPr>
      <w:proofErr w:type="spellStart"/>
      <w:r>
        <w:t>Otvaranje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EOJN RH, </w:t>
      </w:r>
      <w:proofErr w:type="spellStart"/>
      <w:r>
        <w:t>prilaže</w:t>
      </w:r>
      <w:proofErr w:type="spellEnd"/>
      <w:r>
        <w:t xml:space="preserve"> se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otvaranju</w:t>
      </w:r>
      <w:proofErr w:type="spellEnd"/>
      <w:r>
        <w:t xml:space="preserve"> koji je </w:t>
      </w:r>
      <w:proofErr w:type="spellStart"/>
      <w:r>
        <w:t>generirao</w:t>
      </w:r>
      <w:proofErr w:type="spellEnd"/>
      <w:r>
        <w:t xml:space="preserve"> </w:t>
      </w:r>
      <w:proofErr w:type="spellStart"/>
      <w:r>
        <w:t>sustav</w:t>
      </w:r>
      <w:proofErr w:type="spellEnd"/>
      <w:r>
        <w:t>.</w:t>
      </w:r>
    </w:p>
    <w:p w14:paraId="57943F5A" w14:textId="77777777" w:rsidR="00294B7A" w:rsidRDefault="00F806CF">
      <w:pPr>
        <w:pStyle w:val="Heading2"/>
        <w:spacing w:before="140" w:after="120"/>
      </w:pPr>
      <w:proofErr w:type="spellStart"/>
      <w:r>
        <w:t>Analitički</w:t>
      </w:r>
      <w:proofErr w:type="spellEnd"/>
      <w:r>
        <w:t xml:space="preserve"> </w:t>
      </w:r>
      <w:proofErr w:type="spellStart"/>
      <w:r>
        <w:t>prikaz</w:t>
      </w:r>
      <w:proofErr w:type="spellEnd"/>
      <w:r>
        <w:t xml:space="preserve"> </w:t>
      </w:r>
      <w:proofErr w:type="spellStart"/>
      <w:r>
        <w:t>pravodobnih</w:t>
      </w:r>
      <w:proofErr w:type="spellEnd"/>
      <w:r>
        <w:t xml:space="preserve"> </w:t>
      </w:r>
      <w:proofErr w:type="spellStart"/>
      <w:r>
        <w:t>ponuda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2041"/>
        <w:gridCol w:w="2041"/>
        <w:gridCol w:w="2041"/>
      </w:tblGrid>
      <w:tr w:rsidR="00294B7A" w14:paraId="5181196D" w14:textId="77777777">
        <w:trPr>
          <w:cantSplit/>
          <w:tblHeader/>
          <w:jc w:val="center"/>
        </w:trPr>
        <w:tc>
          <w:tcPr>
            <w:tcW w:w="3061" w:type="dxa"/>
            <w:shd w:val="clear" w:color="auto" w:fill="EDEDE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4F320A" w14:textId="77777777" w:rsidR="00294B7A" w:rsidRDefault="00F806CF">
            <w:pPr>
              <w:spacing w:before="40" w:after="40"/>
            </w:pPr>
            <w:proofErr w:type="spellStart"/>
            <w:r>
              <w:rPr>
                <w:b/>
                <w:sz w:val="21"/>
              </w:rPr>
              <w:t>Podatak</w:t>
            </w:r>
            <w:proofErr w:type="spellEnd"/>
          </w:p>
        </w:tc>
        <w:tc>
          <w:tcPr>
            <w:tcW w:w="2041" w:type="dxa"/>
            <w:shd w:val="clear" w:color="auto" w:fill="EDEDE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3F9B61" w14:textId="77777777" w:rsidR="00294B7A" w:rsidRDefault="00F806CF">
            <w:pPr>
              <w:spacing w:before="40" w:after="40"/>
            </w:pPr>
            <w:proofErr w:type="spellStart"/>
            <w:r>
              <w:rPr>
                <w:b/>
                <w:sz w:val="21"/>
              </w:rPr>
              <w:t>Ponuda</w:t>
            </w:r>
            <w:proofErr w:type="spellEnd"/>
            <w:r>
              <w:rPr>
                <w:b/>
                <w:sz w:val="21"/>
              </w:rPr>
              <w:t xml:space="preserve"> 1</w:t>
            </w:r>
          </w:p>
        </w:tc>
        <w:tc>
          <w:tcPr>
            <w:tcW w:w="2041" w:type="dxa"/>
            <w:shd w:val="clear" w:color="auto" w:fill="EDEDE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388186" w14:textId="77777777" w:rsidR="00294B7A" w:rsidRDefault="00F806CF">
            <w:pPr>
              <w:spacing w:before="40" w:after="40"/>
            </w:pPr>
            <w:proofErr w:type="spellStart"/>
            <w:r>
              <w:rPr>
                <w:b/>
                <w:sz w:val="21"/>
              </w:rPr>
              <w:t>Ponuda</w:t>
            </w:r>
            <w:proofErr w:type="spellEnd"/>
            <w:r>
              <w:rPr>
                <w:b/>
                <w:sz w:val="21"/>
              </w:rPr>
              <w:t xml:space="preserve"> 2</w:t>
            </w:r>
          </w:p>
        </w:tc>
        <w:tc>
          <w:tcPr>
            <w:tcW w:w="2041" w:type="dxa"/>
            <w:shd w:val="clear" w:color="auto" w:fill="EDEDE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CDCEBD" w14:textId="77777777" w:rsidR="00294B7A" w:rsidRDefault="00F806CF">
            <w:pPr>
              <w:spacing w:before="40" w:after="40"/>
            </w:pPr>
            <w:proofErr w:type="spellStart"/>
            <w:r>
              <w:rPr>
                <w:b/>
                <w:sz w:val="21"/>
              </w:rPr>
              <w:t>Ponuda</w:t>
            </w:r>
            <w:proofErr w:type="spellEnd"/>
            <w:r>
              <w:rPr>
                <w:b/>
                <w:sz w:val="21"/>
              </w:rPr>
              <w:t xml:space="preserve"> 3</w:t>
            </w:r>
          </w:p>
        </w:tc>
      </w:tr>
      <w:tr w:rsidR="00294B7A" w14:paraId="537E163E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B952AC" w14:textId="77777777" w:rsidR="00294B7A" w:rsidRDefault="00F806CF">
            <w:pPr>
              <w:spacing w:before="40" w:after="40"/>
            </w:pPr>
            <w:proofErr w:type="spellStart"/>
            <w:r>
              <w:rPr>
                <w:sz w:val="21"/>
              </w:rPr>
              <w:t>Naziv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adresa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ponuditelja</w:t>
            </w:r>
            <w:proofErr w:type="spellEnd"/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A575CA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A4900A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369851" w14:textId="77777777" w:rsidR="00294B7A" w:rsidRDefault="00294B7A">
            <w:pPr>
              <w:spacing w:before="40" w:after="40"/>
            </w:pPr>
          </w:p>
        </w:tc>
      </w:tr>
      <w:tr w:rsidR="00294B7A" w14:paraId="3B2901B1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2838EB" w14:textId="77777777" w:rsidR="00294B7A" w:rsidRDefault="00F806CF">
            <w:pPr>
              <w:spacing w:before="40" w:after="40"/>
            </w:pPr>
            <w:proofErr w:type="spellStart"/>
            <w:r>
              <w:rPr>
                <w:sz w:val="21"/>
              </w:rPr>
              <w:t>Broj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</w:t>
            </w:r>
            <w:proofErr w:type="spellEnd"/>
            <w:r>
              <w:rPr>
                <w:sz w:val="21"/>
              </w:rPr>
              <w:t xml:space="preserve"> datum </w:t>
            </w:r>
            <w:proofErr w:type="spellStart"/>
            <w:r>
              <w:rPr>
                <w:sz w:val="21"/>
              </w:rPr>
              <w:t>ponude</w:t>
            </w:r>
            <w:proofErr w:type="spellEnd"/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1C5488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E3B1FB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2FDC74" w14:textId="77777777" w:rsidR="00294B7A" w:rsidRDefault="00294B7A">
            <w:pPr>
              <w:spacing w:before="40" w:after="40"/>
            </w:pPr>
          </w:p>
        </w:tc>
      </w:tr>
      <w:tr w:rsidR="00294B7A" w14:paraId="3F4CBF2F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32BBF1" w14:textId="77777777" w:rsidR="00294B7A" w:rsidRDefault="00F806CF">
            <w:pPr>
              <w:spacing w:before="40" w:after="40"/>
            </w:pPr>
            <w:r>
              <w:rPr>
                <w:sz w:val="21"/>
              </w:rPr>
              <w:t xml:space="preserve">Datum </w:t>
            </w:r>
            <w:proofErr w:type="spellStart"/>
            <w:r>
              <w:rPr>
                <w:sz w:val="21"/>
              </w:rPr>
              <w:t>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vrijeme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zaprimanja</w:t>
            </w:r>
            <w:proofErr w:type="spellEnd"/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60E1D2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C403E4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D60A0F" w14:textId="77777777" w:rsidR="00294B7A" w:rsidRDefault="00294B7A">
            <w:pPr>
              <w:spacing w:before="40" w:after="40"/>
            </w:pPr>
          </w:p>
        </w:tc>
      </w:tr>
      <w:tr w:rsidR="00294B7A" w14:paraId="0A47B18B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4F50D4" w14:textId="77777777" w:rsidR="00294B7A" w:rsidRDefault="00F806CF">
            <w:pPr>
              <w:spacing w:before="40" w:after="40"/>
            </w:pPr>
            <w:proofErr w:type="spellStart"/>
            <w:r>
              <w:rPr>
                <w:sz w:val="21"/>
              </w:rPr>
              <w:t>Cijena</w:t>
            </w:r>
            <w:proofErr w:type="spellEnd"/>
            <w:r>
              <w:rPr>
                <w:sz w:val="21"/>
              </w:rPr>
              <w:t xml:space="preserve"> bez PDV-a (EUR)</w:t>
            </w: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DCBE4A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7CFEAB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429B2D" w14:textId="77777777" w:rsidR="00294B7A" w:rsidRDefault="00294B7A">
            <w:pPr>
              <w:spacing w:before="40" w:after="40"/>
            </w:pPr>
          </w:p>
        </w:tc>
      </w:tr>
      <w:tr w:rsidR="00294B7A" w14:paraId="729A6530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72CAB4" w14:textId="77777777" w:rsidR="00294B7A" w:rsidRDefault="00F806CF">
            <w:pPr>
              <w:spacing w:before="40" w:after="40"/>
            </w:pPr>
            <w:proofErr w:type="spellStart"/>
            <w:r>
              <w:rPr>
                <w:sz w:val="21"/>
              </w:rPr>
              <w:t>Iznos</w:t>
            </w:r>
            <w:proofErr w:type="spellEnd"/>
            <w:r>
              <w:rPr>
                <w:sz w:val="21"/>
              </w:rPr>
              <w:t xml:space="preserve"> PDV-a (EUR)</w:t>
            </w: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D757D8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951EE6E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34E0A1" w14:textId="77777777" w:rsidR="00294B7A" w:rsidRDefault="00294B7A">
            <w:pPr>
              <w:spacing w:before="40" w:after="40"/>
            </w:pPr>
          </w:p>
        </w:tc>
      </w:tr>
      <w:tr w:rsidR="00294B7A" w14:paraId="0EE77A7C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28E770" w14:textId="77777777" w:rsidR="00294B7A" w:rsidRDefault="00F806CF">
            <w:pPr>
              <w:spacing w:before="40" w:after="40"/>
            </w:pPr>
            <w:proofErr w:type="spellStart"/>
            <w:r>
              <w:rPr>
                <w:sz w:val="21"/>
              </w:rPr>
              <w:t>Cijena</w:t>
            </w:r>
            <w:proofErr w:type="spellEnd"/>
            <w:r>
              <w:rPr>
                <w:sz w:val="21"/>
              </w:rPr>
              <w:t xml:space="preserve"> s PDV-om (EUR)</w:t>
            </w: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43770C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3AEC83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903FAC" w14:textId="77777777" w:rsidR="00294B7A" w:rsidRDefault="00294B7A">
            <w:pPr>
              <w:spacing w:before="40" w:after="40"/>
            </w:pPr>
          </w:p>
        </w:tc>
      </w:tr>
      <w:tr w:rsidR="00294B7A" w14:paraId="2468A5E3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52A815" w14:textId="77777777" w:rsidR="00294B7A" w:rsidRDefault="00F806CF">
            <w:pPr>
              <w:spacing w:before="40" w:after="40"/>
            </w:pPr>
            <w:proofErr w:type="spellStart"/>
            <w:r>
              <w:rPr>
                <w:sz w:val="21"/>
              </w:rPr>
              <w:t>Traženi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dokazi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uvjeti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sposobnosti</w:t>
            </w:r>
            <w:proofErr w:type="spellEnd"/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0720F2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87AC4C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E9A4EB" w14:textId="77777777" w:rsidR="00294B7A" w:rsidRDefault="00294B7A">
            <w:pPr>
              <w:spacing w:before="40" w:after="40"/>
            </w:pPr>
          </w:p>
        </w:tc>
      </w:tr>
      <w:tr w:rsidR="00294B7A" w14:paraId="77DCEA27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B0B920" w14:textId="77777777" w:rsidR="00294B7A" w:rsidRDefault="00F806CF">
            <w:pPr>
              <w:spacing w:before="40" w:after="40"/>
            </w:pPr>
            <w:proofErr w:type="spellStart"/>
            <w:r>
              <w:rPr>
                <w:sz w:val="21"/>
              </w:rPr>
              <w:t>Uvjeti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predmeta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nabave</w:t>
            </w:r>
            <w:proofErr w:type="spellEnd"/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BADB49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7B777B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A37C1C" w14:textId="77777777" w:rsidR="00294B7A" w:rsidRDefault="00294B7A">
            <w:pPr>
              <w:spacing w:before="40" w:after="40"/>
            </w:pPr>
          </w:p>
        </w:tc>
      </w:tr>
      <w:tr w:rsidR="00294B7A" w14:paraId="1D6E1A4F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0FCBE8" w14:textId="77777777" w:rsidR="00294B7A" w:rsidRDefault="00F806CF">
            <w:pPr>
              <w:spacing w:before="40" w:after="40"/>
            </w:pPr>
            <w:proofErr w:type="spellStart"/>
            <w:r>
              <w:rPr>
                <w:sz w:val="21"/>
              </w:rPr>
              <w:t>Ostali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uvjeti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iz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poziva</w:t>
            </w:r>
            <w:proofErr w:type="spellEnd"/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0E84B0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04FBB9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39D35B" w14:textId="77777777" w:rsidR="00294B7A" w:rsidRDefault="00294B7A">
            <w:pPr>
              <w:spacing w:before="40" w:after="40"/>
            </w:pPr>
          </w:p>
        </w:tc>
      </w:tr>
      <w:tr w:rsidR="00294B7A" w14:paraId="17E2A4EA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F410C8" w14:textId="77777777" w:rsidR="00294B7A" w:rsidRDefault="00F806CF">
            <w:pPr>
              <w:spacing w:before="40" w:after="40"/>
            </w:pPr>
            <w:proofErr w:type="spellStart"/>
            <w:r>
              <w:rPr>
                <w:sz w:val="21"/>
              </w:rPr>
              <w:t>Valjana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ponuda</w:t>
            </w:r>
            <w:proofErr w:type="spellEnd"/>
            <w:r>
              <w:rPr>
                <w:sz w:val="21"/>
              </w:rPr>
              <w:t xml:space="preserve"> (DA / NE)</w:t>
            </w: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349874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C98524" w14:textId="77777777" w:rsidR="00294B7A" w:rsidRDefault="00294B7A">
            <w:pPr>
              <w:spacing w:before="40" w:after="40"/>
            </w:pPr>
          </w:p>
        </w:tc>
        <w:tc>
          <w:tcPr>
            <w:tcW w:w="204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05783E" w14:textId="77777777" w:rsidR="00294B7A" w:rsidRDefault="00294B7A">
            <w:pPr>
              <w:spacing w:before="40" w:after="40"/>
            </w:pPr>
          </w:p>
        </w:tc>
      </w:tr>
    </w:tbl>
    <w:p w14:paraId="6CDD55EF" w14:textId="77777777" w:rsidR="00294B7A" w:rsidRDefault="00F806CF">
      <w:pPr>
        <w:pageBreakBefore/>
        <w:spacing w:after="120"/>
        <w:jc w:val="right"/>
      </w:pPr>
      <w:proofErr w:type="spellStart"/>
      <w:r>
        <w:rPr>
          <w:b/>
        </w:rPr>
        <w:lastRenderedPageBreak/>
        <w:t>Obrazac</w:t>
      </w:r>
      <w:proofErr w:type="spellEnd"/>
      <w:r>
        <w:rPr>
          <w:b/>
        </w:rPr>
        <w:t xml:space="preserve"> 3 — </w:t>
      </w:r>
      <w:proofErr w:type="spellStart"/>
      <w:r>
        <w:rPr>
          <w:b/>
        </w:rPr>
        <w:t>nastavak</w:t>
      </w:r>
      <w:proofErr w:type="spellEnd"/>
    </w:p>
    <w:p w14:paraId="0236A31F" w14:textId="77777777" w:rsidR="00294B7A" w:rsidRDefault="00F806CF">
      <w:pPr>
        <w:spacing w:after="120"/>
      </w:pPr>
      <w:proofErr w:type="spellStart"/>
      <w:r>
        <w:t>Predmet</w:t>
      </w:r>
      <w:proofErr w:type="spellEnd"/>
      <w:r>
        <w:t xml:space="preserve"> / </w:t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nabave</w:t>
      </w:r>
      <w:proofErr w:type="spellEnd"/>
      <w:r>
        <w:t>: ___________________________________</w:t>
      </w:r>
    </w:p>
    <w:p w14:paraId="051C81F4" w14:textId="77777777" w:rsidR="00294B7A" w:rsidRDefault="00F806CF">
      <w:pPr>
        <w:pStyle w:val="Heading2"/>
        <w:spacing w:before="140" w:after="120"/>
      </w:pPr>
      <w:proofErr w:type="spellStart"/>
      <w:r>
        <w:t>Ocjena</w:t>
      </w:r>
      <w:proofErr w:type="spellEnd"/>
      <w:r>
        <w:t xml:space="preserve"> </w:t>
      </w:r>
      <w:proofErr w:type="spellStart"/>
      <w:r>
        <w:t>ponuda</w:t>
      </w:r>
      <w:proofErr w:type="spellEnd"/>
    </w:p>
    <w:p w14:paraId="31B22F22" w14:textId="77777777" w:rsidR="00294B7A" w:rsidRDefault="00F806CF">
      <w:pPr>
        <w:spacing w:after="120"/>
      </w:pPr>
      <w:proofErr w:type="spellStart"/>
      <w:r>
        <w:t>Kriterij</w:t>
      </w:r>
      <w:proofErr w:type="spellEnd"/>
      <w:r>
        <w:t xml:space="preserve"> </w:t>
      </w:r>
      <w:proofErr w:type="spellStart"/>
      <w:r>
        <w:t>odabira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primijenjena</w:t>
      </w:r>
      <w:proofErr w:type="spellEnd"/>
      <w:r>
        <w:t xml:space="preserve"> </w:t>
      </w:r>
      <w:proofErr w:type="spellStart"/>
      <w:r>
        <w:t>mjerila</w:t>
      </w:r>
      <w:proofErr w:type="spellEnd"/>
      <w:r>
        <w:t>: __________________________________</w:t>
      </w:r>
    </w:p>
    <w:p w14:paraId="1BC6EC62" w14:textId="77777777" w:rsidR="00294B7A" w:rsidRDefault="00F806CF">
      <w:pPr>
        <w:spacing w:after="120"/>
      </w:pPr>
      <w:r>
        <w:t>________________________________________________________________</w:t>
      </w:r>
    </w:p>
    <w:p w14:paraId="3967294E" w14:textId="77777777" w:rsidR="00294B7A" w:rsidRDefault="00F806CF">
      <w:pPr>
        <w:spacing w:after="120"/>
      </w:pPr>
      <w:proofErr w:type="spellStart"/>
      <w:r>
        <w:t>Obrazloženje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, </w:t>
      </w:r>
      <w:proofErr w:type="spellStart"/>
      <w:r>
        <w:t>neispunjeni</w:t>
      </w:r>
      <w:proofErr w:type="spellEnd"/>
      <w:r>
        <w:t xml:space="preserve"> </w:t>
      </w:r>
      <w:proofErr w:type="spellStart"/>
      <w:r>
        <w:t>uvjeti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odbijanja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ponuda</w:t>
      </w:r>
      <w:proofErr w:type="spellEnd"/>
      <w:r>
        <w:t>:</w:t>
      </w:r>
    </w:p>
    <w:p w14:paraId="45A87249" w14:textId="77777777" w:rsidR="00294B7A" w:rsidRDefault="00F806CF">
      <w:pPr>
        <w:spacing w:after="120"/>
      </w:pPr>
      <w:r>
        <w:t>________________________________________________________________</w:t>
      </w:r>
    </w:p>
    <w:p w14:paraId="6A352DB0" w14:textId="77777777" w:rsidR="00294B7A" w:rsidRDefault="00F806CF">
      <w:pPr>
        <w:spacing w:after="120"/>
      </w:pPr>
      <w:r>
        <w:t>________________________________________________________________</w:t>
      </w:r>
    </w:p>
    <w:p w14:paraId="1526AA9B" w14:textId="77777777" w:rsidR="00294B7A" w:rsidRDefault="00F806CF">
      <w:pPr>
        <w:spacing w:after="120"/>
      </w:pPr>
      <w:r>
        <w:t>________________________________________________________________</w:t>
      </w:r>
    </w:p>
    <w:p w14:paraId="076BC4D8" w14:textId="77777777" w:rsidR="00294B7A" w:rsidRDefault="00F806CF">
      <w:pPr>
        <w:spacing w:after="120"/>
      </w:pPr>
      <w:proofErr w:type="spellStart"/>
      <w:r>
        <w:t>Ponude</w:t>
      </w:r>
      <w:proofErr w:type="spellEnd"/>
      <w:r>
        <w:t xml:space="preserve"> </w:t>
      </w:r>
      <w:proofErr w:type="spellStart"/>
      <w:r>
        <w:t>zaprimljene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razmatrane</w:t>
      </w:r>
      <w:proofErr w:type="spellEnd"/>
      <w:r>
        <w:t>:</w:t>
      </w:r>
    </w:p>
    <w:p w14:paraId="4C6B3F5A" w14:textId="77777777" w:rsidR="00294B7A" w:rsidRDefault="00F806CF">
      <w:pPr>
        <w:spacing w:after="120"/>
      </w:pPr>
      <w:r>
        <w:t>________________________________________________________________</w:t>
      </w:r>
    </w:p>
    <w:p w14:paraId="496A31F7" w14:textId="77777777" w:rsidR="00294B7A" w:rsidRDefault="00F806CF">
      <w:pPr>
        <w:pStyle w:val="Heading2"/>
        <w:spacing w:before="140" w:after="120"/>
      </w:pPr>
      <w:proofErr w:type="spellStart"/>
      <w:r>
        <w:t>Rangiranje</w:t>
      </w:r>
      <w:proofErr w:type="spellEnd"/>
      <w:r>
        <w:t xml:space="preserve"> </w:t>
      </w:r>
      <w:proofErr w:type="spellStart"/>
      <w:r>
        <w:t>valjanih</w:t>
      </w:r>
      <w:proofErr w:type="spellEnd"/>
      <w:r>
        <w:t xml:space="preserve"> </w:t>
      </w:r>
      <w:proofErr w:type="spellStart"/>
      <w:r>
        <w:t>ponuda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4819"/>
        <w:gridCol w:w="3572"/>
      </w:tblGrid>
      <w:tr w:rsidR="00294B7A" w14:paraId="7D5E6E59" w14:textId="77777777">
        <w:trPr>
          <w:cantSplit/>
          <w:tblHeader/>
          <w:jc w:val="center"/>
        </w:trPr>
        <w:tc>
          <w:tcPr>
            <w:tcW w:w="794" w:type="dxa"/>
            <w:shd w:val="clear" w:color="auto" w:fill="EDEDE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0BBB82" w14:textId="77777777" w:rsidR="00294B7A" w:rsidRDefault="00F806CF">
            <w:pPr>
              <w:spacing w:before="40" w:after="40"/>
            </w:pPr>
            <w:r>
              <w:rPr>
                <w:b/>
                <w:sz w:val="21"/>
              </w:rPr>
              <w:t>Rang</w:t>
            </w:r>
          </w:p>
        </w:tc>
        <w:tc>
          <w:tcPr>
            <w:tcW w:w="4819" w:type="dxa"/>
            <w:shd w:val="clear" w:color="auto" w:fill="EDEDE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25177B" w14:textId="77777777" w:rsidR="00294B7A" w:rsidRDefault="00F806CF">
            <w:pPr>
              <w:spacing w:before="40" w:after="40"/>
            </w:pPr>
            <w:proofErr w:type="spellStart"/>
            <w:r>
              <w:rPr>
                <w:b/>
                <w:sz w:val="21"/>
              </w:rPr>
              <w:t>Ponuditelj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i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oznaka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ponude</w:t>
            </w:r>
            <w:proofErr w:type="spellEnd"/>
          </w:p>
        </w:tc>
        <w:tc>
          <w:tcPr>
            <w:tcW w:w="3572" w:type="dxa"/>
            <w:shd w:val="clear" w:color="auto" w:fill="EDEDE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02BECC" w14:textId="77777777" w:rsidR="00294B7A" w:rsidRDefault="00F806CF">
            <w:pPr>
              <w:spacing w:before="40" w:after="40"/>
            </w:pPr>
            <w:proofErr w:type="spellStart"/>
            <w:r>
              <w:rPr>
                <w:b/>
                <w:sz w:val="21"/>
              </w:rPr>
              <w:t>Cijena</w:t>
            </w:r>
            <w:proofErr w:type="spellEnd"/>
            <w:r>
              <w:rPr>
                <w:b/>
                <w:sz w:val="21"/>
              </w:rPr>
              <w:t xml:space="preserve"> bez PDV-a / </w:t>
            </w:r>
            <w:proofErr w:type="spellStart"/>
            <w:r>
              <w:rPr>
                <w:b/>
                <w:sz w:val="21"/>
              </w:rPr>
              <w:t>bodovi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prema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kriteriju</w:t>
            </w:r>
            <w:proofErr w:type="spellEnd"/>
          </w:p>
        </w:tc>
      </w:tr>
      <w:tr w:rsidR="00294B7A" w14:paraId="188C8D28" w14:textId="77777777">
        <w:trPr>
          <w:cantSplit/>
          <w:jc w:val="center"/>
        </w:trPr>
        <w:tc>
          <w:tcPr>
            <w:tcW w:w="79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BC4F29" w14:textId="77777777" w:rsidR="00294B7A" w:rsidRDefault="00F806CF">
            <w:pPr>
              <w:spacing w:before="40" w:after="40"/>
            </w:pPr>
            <w:r>
              <w:rPr>
                <w:sz w:val="21"/>
              </w:rPr>
              <w:t>1.</w:t>
            </w:r>
          </w:p>
        </w:tc>
        <w:tc>
          <w:tcPr>
            <w:tcW w:w="481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359111" w14:textId="77777777" w:rsidR="00294B7A" w:rsidRDefault="00294B7A">
            <w:pPr>
              <w:spacing w:before="40" w:after="40"/>
            </w:pPr>
          </w:p>
        </w:tc>
        <w:tc>
          <w:tcPr>
            <w:tcW w:w="357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0B035B" w14:textId="77777777" w:rsidR="00294B7A" w:rsidRDefault="00294B7A">
            <w:pPr>
              <w:spacing w:before="40" w:after="40"/>
            </w:pPr>
          </w:p>
        </w:tc>
      </w:tr>
      <w:tr w:rsidR="00294B7A" w14:paraId="65CEE069" w14:textId="77777777">
        <w:trPr>
          <w:cantSplit/>
          <w:jc w:val="center"/>
        </w:trPr>
        <w:tc>
          <w:tcPr>
            <w:tcW w:w="79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0FFBDD" w14:textId="77777777" w:rsidR="00294B7A" w:rsidRDefault="00F806CF">
            <w:pPr>
              <w:spacing w:before="40" w:after="40"/>
            </w:pPr>
            <w:r>
              <w:rPr>
                <w:sz w:val="21"/>
              </w:rPr>
              <w:t>2.</w:t>
            </w:r>
          </w:p>
        </w:tc>
        <w:tc>
          <w:tcPr>
            <w:tcW w:w="481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3E404C" w14:textId="77777777" w:rsidR="00294B7A" w:rsidRDefault="00294B7A">
            <w:pPr>
              <w:spacing w:before="40" w:after="40"/>
            </w:pPr>
          </w:p>
        </w:tc>
        <w:tc>
          <w:tcPr>
            <w:tcW w:w="357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359CD8" w14:textId="77777777" w:rsidR="00294B7A" w:rsidRDefault="00294B7A">
            <w:pPr>
              <w:spacing w:before="40" w:after="40"/>
            </w:pPr>
          </w:p>
        </w:tc>
      </w:tr>
      <w:tr w:rsidR="00294B7A" w14:paraId="3CCCBD02" w14:textId="77777777">
        <w:trPr>
          <w:cantSplit/>
          <w:jc w:val="center"/>
        </w:trPr>
        <w:tc>
          <w:tcPr>
            <w:tcW w:w="79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840318" w14:textId="77777777" w:rsidR="00294B7A" w:rsidRDefault="00F806CF">
            <w:pPr>
              <w:spacing w:before="40" w:after="40"/>
            </w:pPr>
            <w:r>
              <w:rPr>
                <w:sz w:val="21"/>
              </w:rPr>
              <w:t>3.</w:t>
            </w:r>
          </w:p>
        </w:tc>
        <w:tc>
          <w:tcPr>
            <w:tcW w:w="4819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779F95" w14:textId="77777777" w:rsidR="00294B7A" w:rsidRDefault="00294B7A">
            <w:pPr>
              <w:spacing w:before="40" w:after="40"/>
            </w:pPr>
          </w:p>
        </w:tc>
        <w:tc>
          <w:tcPr>
            <w:tcW w:w="357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321E9A" w14:textId="77777777" w:rsidR="00294B7A" w:rsidRDefault="00294B7A">
            <w:pPr>
              <w:spacing w:before="40" w:after="40"/>
            </w:pPr>
          </w:p>
        </w:tc>
      </w:tr>
    </w:tbl>
    <w:p w14:paraId="157BBF02" w14:textId="77777777" w:rsidR="00294B7A" w:rsidRDefault="00F806CF">
      <w:pPr>
        <w:spacing w:after="120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jednako</w:t>
      </w:r>
      <w:proofErr w:type="spellEnd"/>
      <w:r>
        <w:t xml:space="preserve"> </w:t>
      </w:r>
      <w:proofErr w:type="spellStart"/>
      <w:r>
        <w:t>rangirane</w:t>
      </w:r>
      <w:proofErr w:type="spellEnd"/>
      <w:r>
        <w:t xml:space="preserve">, </w:t>
      </w:r>
      <w:proofErr w:type="spellStart"/>
      <w:r>
        <w:t>odabire</w:t>
      </w:r>
      <w:proofErr w:type="spellEnd"/>
      <w:r>
        <w:t xml:space="preserve"> se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zaprimljena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>.</w:t>
      </w:r>
    </w:p>
    <w:p w14:paraId="475B7BEE" w14:textId="77777777" w:rsidR="00294B7A" w:rsidRDefault="00F806CF">
      <w:pPr>
        <w:pStyle w:val="Heading2"/>
        <w:spacing w:before="140" w:after="120"/>
      </w:pPr>
      <w:proofErr w:type="spellStart"/>
      <w:r>
        <w:t>Prijedlog</w:t>
      </w:r>
      <w:proofErr w:type="spellEnd"/>
      <w:r>
        <w:t xml:space="preserve"> </w:t>
      </w:r>
      <w:proofErr w:type="spellStart"/>
      <w:r>
        <w:t>odabira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poništenja</w:t>
      </w:r>
      <w:proofErr w:type="spellEnd"/>
    </w:p>
    <w:p w14:paraId="1BAE28E3" w14:textId="77777777" w:rsidR="00294B7A" w:rsidRDefault="00F806CF">
      <w:pPr>
        <w:spacing w:after="120"/>
      </w:pPr>
      <w:proofErr w:type="spellStart"/>
      <w:r>
        <w:t>Predlaže</w:t>
      </w:r>
      <w:proofErr w:type="spellEnd"/>
      <w:r>
        <w:t xml:space="preserve"> se </w:t>
      </w:r>
      <w:proofErr w:type="spellStart"/>
      <w:r>
        <w:t>odabir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br. __________ od __________ </w:t>
      </w:r>
      <w:proofErr w:type="spellStart"/>
      <w:r>
        <w:t>ponuditelja</w:t>
      </w:r>
      <w:proofErr w:type="spellEnd"/>
      <w:r>
        <w:br/>
        <w:t>________________________________________________________________</w:t>
      </w:r>
      <w:r>
        <w:br/>
      </w:r>
      <w:proofErr w:type="spellStart"/>
      <w:r>
        <w:t>jer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najpovoljnija</w:t>
      </w:r>
      <w:proofErr w:type="spellEnd"/>
      <w:r>
        <w:t xml:space="preserve"> je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kriteriju</w:t>
      </w:r>
      <w:proofErr w:type="spellEnd"/>
      <w:r>
        <w:t>.</w:t>
      </w:r>
    </w:p>
    <w:p w14:paraId="036354A0" w14:textId="77777777" w:rsidR="00294B7A" w:rsidRDefault="00F806CF">
      <w:pPr>
        <w:spacing w:after="120"/>
      </w:pPr>
      <w:r>
        <w:t xml:space="preserve">Ili se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:</w:t>
      </w:r>
    </w:p>
    <w:p w14:paraId="14B22E88" w14:textId="77777777" w:rsidR="00294B7A" w:rsidRDefault="00F806CF">
      <w:pPr>
        <w:spacing w:after="120"/>
      </w:pPr>
      <w:r>
        <w:t>________________________________________________________________</w:t>
      </w:r>
    </w:p>
    <w:p w14:paraId="12AFD7EC" w14:textId="77777777" w:rsidR="00294B7A" w:rsidRDefault="00F806CF">
      <w:pPr>
        <w:spacing w:after="120"/>
      </w:pPr>
      <w:r>
        <w:t>________________________________________________________________</w:t>
      </w:r>
    </w:p>
    <w:p w14:paraId="7EFB3B44" w14:textId="77777777" w:rsidR="00294B7A" w:rsidRDefault="00F806CF">
      <w:pPr>
        <w:spacing w:after="120"/>
      </w:pPr>
      <w:proofErr w:type="spellStart"/>
      <w:r>
        <w:t>Prilozi</w:t>
      </w:r>
      <w:proofErr w:type="spellEnd"/>
      <w:r>
        <w:t xml:space="preserve"> </w:t>
      </w:r>
      <w:proofErr w:type="spellStart"/>
      <w:r>
        <w:t>zapisniku</w:t>
      </w:r>
      <w:proofErr w:type="spellEnd"/>
      <w:r>
        <w:t>: __________________________________________________</w:t>
      </w:r>
    </w:p>
    <w:p w14:paraId="071DAB4C" w14:textId="77777777" w:rsidR="00294B7A" w:rsidRDefault="00F806CF">
      <w:pPr>
        <w:spacing w:after="120"/>
      </w:pPr>
      <w:proofErr w:type="spellStart"/>
      <w:r>
        <w:t>Zapisnik</w:t>
      </w:r>
      <w:proofErr w:type="spellEnd"/>
      <w:r>
        <w:t xml:space="preserve"> </w:t>
      </w:r>
      <w:proofErr w:type="spellStart"/>
      <w:r>
        <w:t>potpisuju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povjerenstva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8. </w:t>
      </w:r>
      <w:proofErr w:type="spellStart"/>
      <w:r>
        <w:t>Pravilnika</w:t>
      </w:r>
      <w:proofErr w:type="spellEnd"/>
      <w:r>
        <w:t>:</w:t>
      </w:r>
    </w:p>
    <w:p w14:paraId="18414560" w14:textId="77777777" w:rsidR="00294B7A" w:rsidRDefault="00F806CF">
      <w:pPr>
        <w:spacing w:after="120"/>
      </w:pPr>
      <w:r>
        <w:t>1. ______________________________    2. ______________________________</w:t>
      </w:r>
      <w:r>
        <w:br/>
        <w:t>3. ______________________________</w:t>
      </w:r>
    </w:p>
    <w:p w14:paraId="1B0F2149" w14:textId="77777777" w:rsidR="00294B7A" w:rsidRDefault="00F806CF">
      <w:pPr>
        <w:pageBreakBefore/>
        <w:spacing w:after="80" w:line="240" w:lineRule="auto"/>
        <w:jc w:val="right"/>
      </w:pPr>
      <w:proofErr w:type="spellStart"/>
      <w:r>
        <w:rPr>
          <w:b/>
        </w:rPr>
        <w:lastRenderedPageBreak/>
        <w:t>Obrazac</w:t>
      </w:r>
      <w:proofErr w:type="spellEnd"/>
      <w:r>
        <w:rPr>
          <w:b/>
        </w:rPr>
        <w:t xml:space="preserve"> 4</w:t>
      </w:r>
    </w:p>
    <w:p w14:paraId="2E7CA3D8" w14:textId="77777777" w:rsidR="00294B7A" w:rsidRDefault="00F806CF">
      <w:pPr>
        <w:spacing w:after="80" w:line="240" w:lineRule="auto"/>
      </w:pPr>
      <w:r>
        <w:t>OŠ VLADIMIRA NAZORA</w:t>
      </w:r>
      <w:r>
        <w:br/>
      </w:r>
      <w:proofErr w:type="spellStart"/>
      <w:r>
        <w:t>Jordanovac</w:t>
      </w:r>
      <w:proofErr w:type="spellEnd"/>
      <w:r>
        <w:t xml:space="preserve"> 23, Zagreb</w:t>
      </w:r>
      <w:r>
        <w:br/>
        <w:t>OIB: 46501469845</w:t>
      </w:r>
    </w:p>
    <w:p w14:paraId="7EA66364" w14:textId="77777777" w:rsidR="00294B7A" w:rsidRDefault="00F806CF">
      <w:pPr>
        <w:spacing w:after="80" w:line="240" w:lineRule="auto"/>
      </w:pPr>
      <w:r>
        <w:t>KLASA: ____________________    URBROJ: ____________________</w:t>
      </w:r>
      <w:r>
        <w:br/>
        <w:t>Zagreb, ____________________</w:t>
      </w:r>
    </w:p>
    <w:p w14:paraId="503FEFEF" w14:textId="77777777" w:rsidR="00294B7A" w:rsidRDefault="00F806CF">
      <w:pPr>
        <w:pStyle w:val="Title"/>
        <w:spacing w:after="80" w:line="240" w:lineRule="auto"/>
        <w:jc w:val="center"/>
      </w:pPr>
      <w:r>
        <w:t>ODLUKA O ODABIRU</w:t>
      </w:r>
    </w:p>
    <w:p w14:paraId="3FE4805C" w14:textId="77777777" w:rsidR="00294B7A" w:rsidRDefault="00F806CF">
      <w:pPr>
        <w:spacing w:after="80" w:line="240" w:lineRule="auto"/>
      </w:pPr>
      <w:r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9.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3.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ravnatelj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Odluku</w:t>
      </w:r>
      <w:proofErr w:type="spellEnd"/>
      <w:r>
        <w:t>.</w:t>
      </w:r>
    </w:p>
    <w:p w14:paraId="3C1D2FC6" w14:textId="77777777" w:rsidR="00294B7A" w:rsidRDefault="00F806CF">
      <w:pPr>
        <w:spacing w:after="80" w:line="240" w:lineRule="auto"/>
      </w:pPr>
      <w:proofErr w:type="spellStart"/>
      <w:r>
        <w:t>Odabire</w:t>
      </w:r>
      <w:proofErr w:type="spellEnd"/>
      <w:r>
        <w:t xml:space="preserve"> se </w:t>
      </w:r>
      <w:proofErr w:type="spellStart"/>
      <w:r>
        <w:t>ponuda</w:t>
      </w:r>
      <w:proofErr w:type="spellEnd"/>
      <w:r>
        <w:t xml:space="preserve"> br. ____________________ od ____________________,</w:t>
      </w:r>
      <w:r>
        <w:br/>
      </w:r>
      <w:proofErr w:type="spellStart"/>
      <w:r>
        <w:t>ponuditelja</w:t>
      </w:r>
      <w:proofErr w:type="spellEnd"/>
      <w:r>
        <w:t xml:space="preserve"> _______________________________________________________,</w:t>
      </w:r>
      <w:r>
        <w:br/>
      </w:r>
      <w:proofErr w:type="spellStart"/>
      <w:r>
        <w:t>adresa</w:t>
      </w:r>
      <w:proofErr w:type="spellEnd"/>
      <w:r>
        <w:t xml:space="preserve"> ________________________________, OIB ____________________.</w:t>
      </w:r>
    </w:p>
    <w:p w14:paraId="46BE9D6A" w14:textId="77777777" w:rsidR="00294B7A" w:rsidRDefault="00F806CF">
      <w:pPr>
        <w:pStyle w:val="Heading2"/>
        <w:spacing w:before="0" w:after="80" w:line="240" w:lineRule="auto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nabavi</w:t>
      </w:r>
      <w:proofErr w:type="spellEnd"/>
    </w:p>
    <w:p w14:paraId="19A9C739" w14:textId="77777777" w:rsidR="00294B7A" w:rsidRDefault="00F806CF">
      <w:pPr>
        <w:spacing w:after="80" w:line="240" w:lineRule="auto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nabave</w:t>
      </w:r>
      <w:proofErr w:type="spellEnd"/>
      <w:r>
        <w:t>: __________________________________________________</w:t>
      </w:r>
      <w:r>
        <w:br/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/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EOJN RH: ______________________________</w:t>
      </w:r>
      <w:r>
        <w:br/>
      </w:r>
      <w:proofErr w:type="spellStart"/>
      <w:r>
        <w:t>Procijenjena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bez PDV-a: ____________________ EUR</w:t>
      </w:r>
      <w:r>
        <w:br/>
      </w:r>
      <w:proofErr w:type="spellStart"/>
      <w:r>
        <w:t>Cijena</w:t>
      </w:r>
      <w:proofErr w:type="spellEnd"/>
      <w:r>
        <w:t xml:space="preserve"> </w:t>
      </w:r>
      <w:proofErr w:type="spellStart"/>
      <w:r>
        <w:t>odabrane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bez PDV-a: ____________________ EUR</w:t>
      </w:r>
      <w:r>
        <w:br/>
      </w:r>
      <w:proofErr w:type="spellStart"/>
      <w:r>
        <w:t>Iznos</w:t>
      </w:r>
      <w:proofErr w:type="spellEnd"/>
      <w:r>
        <w:t xml:space="preserve"> PDV-a: ____________________ EUR</w:t>
      </w:r>
      <w:r>
        <w:br/>
      </w:r>
      <w:proofErr w:type="spellStart"/>
      <w:r>
        <w:t>Cijena</w:t>
      </w:r>
      <w:proofErr w:type="spellEnd"/>
      <w:r>
        <w:t xml:space="preserve"> </w:t>
      </w:r>
      <w:proofErr w:type="spellStart"/>
      <w:r>
        <w:t>odabrane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s PDV-om: ____________________ EUR</w:t>
      </w:r>
      <w:r>
        <w:br/>
      </w:r>
      <w:proofErr w:type="spellStart"/>
      <w:r>
        <w:t>Način</w:t>
      </w:r>
      <w:proofErr w:type="spellEnd"/>
      <w:r>
        <w:t xml:space="preserve"> </w:t>
      </w:r>
      <w:proofErr w:type="spellStart"/>
      <w:r>
        <w:t>ugovaranja</w:t>
      </w:r>
      <w:proofErr w:type="spellEnd"/>
      <w:r>
        <w:t xml:space="preserve">: </w:t>
      </w:r>
      <w:proofErr w:type="spellStart"/>
      <w:r>
        <w:t>narudžbenica</w:t>
      </w:r>
      <w:proofErr w:type="spellEnd"/>
      <w:r>
        <w:t xml:space="preserve"> / </w:t>
      </w:r>
      <w:proofErr w:type="spellStart"/>
      <w:r>
        <w:t>ugovor</w:t>
      </w:r>
      <w:proofErr w:type="spellEnd"/>
      <w:r>
        <w:br/>
      </w:r>
      <w:proofErr w:type="spellStart"/>
      <w:r>
        <w:t>Pozicija</w:t>
      </w:r>
      <w:proofErr w:type="spellEnd"/>
      <w:r>
        <w:t xml:space="preserve"> </w:t>
      </w:r>
      <w:proofErr w:type="spellStart"/>
      <w:r>
        <w:t>financijskog</w:t>
      </w:r>
      <w:proofErr w:type="spellEnd"/>
      <w:r>
        <w:t xml:space="preserve"> plana: __________________________________________</w:t>
      </w:r>
    </w:p>
    <w:p w14:paraId="214C95C6" w14:textId="77777777" w:rsidR="00294B7A" w:rsidRDefault="00F806CF">
      <w:pPr>
        <w:pStyle w:val="Heading2"/>
        <w:spacing w:before="0" w:after="80" w:line="240" w:lineRule="auto"/>
      </w:pPr>
      <w:proofErr w:type="spellStart"/>
      <w:r>
        <w:t>Obrazloženje</w:t>
      </w:r>
      <w:proofErr w:type="spellEnd"/>
    </w:p>
    <w:p w14:paraId="121A8C06" w14:textId="77777777" w:rsidR="00294B7A" w:rsidRDefault="00F806CF">
      <w:pPr>
        <w:spacing w:after="80" w:line="240" w:lineRule="auto"/>
      </w:pPr>
      <w:r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o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ocjeni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od ____________________,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kriteriju</w:t>
      </w:r>
      <w:proofErr w:type="spellEnd"/>
      <w:r>
        <w:t xml:space="preserve"> ____________________, </w:t>
      </w:r>
      <w:proofErr w:type="spellStart"/>
      <w:r>
        <w:t>odabrana</w:t>
      </w:r>
      <w:proofErr w:type="spellEnd"/>
      <w:r>
        <w:t xml:space="preserve"> je </w:t>
      </w:r>
      <w:proofErr w:type="spellStart"/>
      <w:r>
        <w:t>navedena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sljedećih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:</w:t>
      </w:r>
    </w:p>
    <w:p w14:paraId="1F7A7369" w14:textId="77777777" w:rsidR="00294B7A" w:rsidRDefault="00F806CF">
      <w:pPr>
        <w:spacing w:after="80" w:line="240" w:lineRule="auto"/>
      </w:pPr>
      <w:r>
        <w:t>________________________________________________________________</w:t>
      </w:r>
    </w:p>
    <w:p w14:paraId="37AA4395" w14:textId="77777777" w:rsidR="00294B7A" w:rsidRDefault="00F806CF">
      <w:pPr>
        <w:spacing w:after="80" w:line="240" w:lineRule="auto"/>
      </w:pPr>
      <w:r>
        <w:t>________________________________________________________________</w:t>
      </w:r>
    </w:p>
    <w:p w14:paraId="19EF8D10" w14:textId="77777777" w:rsidR="00294B7A" w:rsidRDefault="00F806CF">
      <w:pPr>
        <w:spacing w:after="80" w:line="240" w:lineRule="auto"/>
      </w:pPr>
      <w:proofErr w:type="spellStart"/>
      <w:r>
        <w:t>Odluka</w:t>
      </w:r>
      <w:proofErr w:type="spellEnd"/>
      <w:r>
        <w:t xml:space="preserve"> / </w:t>
      </w:r>
      <w:proofErr w:type="spellStart"/>
      <w:r>
        <w:t>suglasnost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potrebna</w:t>
      </w:r>
      <w:proofErr w:type="spellEnd"/>
      <w:r>
        <w:t>: _____________________</w:t>
      </w:r>
    </w:p>
    <w:p w14:paraId="160361CD" w14:textId="77777777" w:rsidR="00294B7A" w:rsidRDefault="00F806CF">
      <w:pPr>
        <w:pStyle w:val="Heading2"/>
        <w:spacing w:before="0" w:after="80" w:line="240" w:lineRule="auto"/>
      </w:pPr>
      <w:proofErr w:type="spellStart"/>
      <w:r>
        <w:t>Uputa</w:t>
      </w:r>
      <w:proofErr w:type="spellEnd"/>
      <w:r>
        <w:t xml:space="preserve"> o </w:t>
      </w:r>
      <w:proofErr w:type="spellStart"/>
      <w:r>
        <w:t>prigovoru</w:t>
      </w:r>
      <w:proofErr w:type="spellEnd"/>
    </w:p>
    <w:p w14:paraId="1ACBB7C9" w14:textId="77777777" w:rsidR="00294B7A" w:rsidRDefault="00F806CF">
      <w:pPr>
        <w:spacing w:after="80" w:line="240" w:lineRule="auto"/>
      </w:pPr>
      <w:r>
        <w:t xml:space="preserve">Za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15.000,00 </w:t>
      </w:r>
      <w:proofErr w:type="spellStart"/>
      <w:r>
        <w:t>eura</w:t>
      </w:r>
      <w:proofErr w:type="spellEnd"/>
      <w:r>
        <w:t xml:space="preserve">: </w:t>
      </w:r>
      <w:proofErr w:type="spellStart"/>
      <w:r>
        <w:t>gospodarski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za </w:t>
      </w:r>
      <w:proofErr w:type="spellStart"/>
      <w:r>
        <w:t>dobivanje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narudžbenice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pretrpio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pretrpjeti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navodnog</w:t>
      </w:r>
      <w:proofErr w:type="spellEnd"/>
      <w:r>
        <w:t xml:space="preserve"> </w:t>
      </w:r>
      <w:proofErr w:type="spellStart"/>
      <w:r>
        <w:t>kršenja</w:t>
      </w:r>
      <w:proofErr w:type="spellEnd"/>
      <w:r>
        <w:t xml:space="preserve"> </w:t>
      </w:r>
      <w:proofErr w:type="spellStart"/>
      <w:r>
        <w:t>subjektivnih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ravnatelju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RH. Na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je </w:t>
      </w:r>
      <w:proofErr w:type="spellStart"/>
      <w:r>
        <w:t>dopušten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neotklanjanja</w:t>
      </w:r>
      <w:proofErr w:type="spellEnd"/>
      <w:r>
        <w:t xml:space="preserve"> </w:t>
      </w:r>
      <w:proofErr w:type="spellStart"/>
      <w:r>
        <w:t>nezakonitosti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12. </w:t>
      </w:r>
      <w:proofErr w:type="spellStart"/>
      <w:r>
        <w:t>Pravilnika</w:t>
      </w:r>
      <w:proofErr w:type="spellEnd"/>
      <w:r>
        <w:t xml:space="preserve">. Na </w:t>
      </w:r>
      <w:proofErr w:type="spellStart"/>
      <w:r>
        <w:t>produljenje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istek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članak</w:t>
      </w:r>
      <w:proofErr w:type="spellEnd"/>
      <w:r>
        <w:t xml:space="preserve"> 12. </w:t>
      </w:r>
      <w:proofErr w:type="spellStart"/>
      <w:r>
        <w:t>Pravilnika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članak</w:t>
      </w:r>
      <w:proofErr w:type="spellEnd"/>
      <w:r>
        <w:t xml:space="preserve"> 12.a </w:t>
      </w:r>
      <w:proofErr w:type="spellStart"/>
      <w:r>
        <w:t>Pravilnika</w:t>
      </w:r>
      <w:proofErr w:type="spellEnd"/>
      <w:r>
        <w:t xml:space="preserve">. </w:t>
      </w:r>
      <w:proofErr w:type="spellStart"/>
      <w:r>
        <w:t>Podneseni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odgađa</w:t>
      </w:r>
      <w:proofErr w:type="spellEnd"/>
      <w:r>
        <w:t xml:space="preserve">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narudžbenice</w:t>
      </w:r>
      <w:proofErr w:type="spellEnd"/>
      <w:r>
        <w:t xml:space="preserve"> do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prigovoru</w:t>
      </w:r>
      <w:proofErr w:type="spellEnd"/>
      <w:r>
        <w:t>.</w:t>
      </w:r>
    </w:p>
    <w:p w14:paraId="14566A58" w14:textId="77777777" w:rsidR="00294B7A" w:rsidRDefault="00F806CF">
      <w:pPr>
        <w:spacing w:after="80" w:line="240" w:lineRule="auto"/>
      </w:pPr>
      <w:proofErr w:type="spellStart"/>
      <w:r>
        <w:t>Ugovor</w:t>
      </w:r>
      <w:proofErr w:type="spellEnd"/>
      <w:r>
        <w:t xml:space="preserve"> se </w:t>
      </w:r>
      <w:proofErr w:type="spellStart"/>
      <w:r>
        <w:t>sklapa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narudžbenica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10. </w:t>
      </w:r>
      <w:proofErr w:type="spellStart"/>
      <w:r>
        <w:t>Pravilnika</w:t>
      </w:r>
      <w:proofErr w:type="spellEnd"/>
      <w:r>
        <w:t xml:space="preserve">. Za </w:t>
      </w:r>
      <w:proofErr w:type="spellStart"/>
      <w:r>
        <w:t>nabave</w:t>
      </w:r>
      <w:proofErr w:type="spellEnd"/>
      <w:r>
        <w:t xml:space="preserve"> do </w:t>
      </w:r>
      <w:proofErr w:type="spellStart"/>
      <w:r>
        <w:t>uključivo</w:t>
      </w:r>
      <w:proofErr w:type="spellEnd"/>
      <w:r>
        <w:t xml:space="preserve"> 15.000,00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odlomak</w:t>
      </w:r>
      <w:proofErr w:type="spellEnd"/>
      <w:r>
        <w:t xml:space="preserve"> </w:t>
      </w:r>
      <w:proofErr w:type="spellStart"/>
      <w:r>
        <w:t>upute</w:t>
      </w:r>
      <w:proofErr w:type="spellEnd"/>
      <w:r>
        <w:t xml:space="preserve"> </w:t>
      </w:r>
      <w:proofErr w:type="spellStart"/>
      <w:r>
        <w:t>briše</w:t>
      </w:r>
      <w:proofErr w:type="spellEnd"/>
      <w:r>
        <w:t xml:space="preserve"> se;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12.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>.</w:t>
      </w:r>
    </w:p>
    <w:p w14:paraId="523A8104" w14:textId="77777777" w:rsidR="00294B7A" w:rsidRDefault="00294B7A">
      <w:pPr>
        <w:spacing w:after="80" w:line="240" w:lineRule="auto"/>
      </w:pPr>
    </w:p>
    <w:p w14:paraId="2974687F" w14:textId="77777777" w:rsidR="00294B7A" w:rsidRDefault="00F806CF">
      <w:pPr>
        <w:keepNext/>
        <w:spacing w:after="80" w:line="240" w:lineRule="auto"/>
        <w:jc w:val="right"/>
      </w:pPr>
      <w:proofErr w:type="spellStart"/>
      <w:r>
        <w:t>Ravnatelj</w:t>
      </w:r>
      <w:proofErr w:type="spellEnd"/>
    </w:p>
    <w:p w14:paraId="71D99525" w14:textId="77777777" w:rsidR="00294B7A" w:rsidRDefault="00F806CF">
      <w:pPr>
        <w:spacing w:after="80" w:line="240" w:lineRule="auto"/>
        <w:jc w:val="right"/>
      </w:pPr>
      <w:r>
        <w:t>________________________________</w:t>
      </w:r>
    </w:p>
    <w:p w14:paraId="433B9172" w14:textId="77777777" w:rsidR="00294B7A" w:rsidRDefault="00F806CF">
      <w:pPr>
        <w:pageBreakBefore/>
        <w:spacing w:after="40" w:line="240" w:lineRule="auto"/>
        <w:jc w:val="right"/>
      </w:pPr>
      <w:proofErr w:type="spellStart"/>
      <w:r>
        <w:rPr>
          <w:b/>
        </w:rPr>
        <w:lastRenderedPageBreak/>
        <w:t>Obrazac</w:t>
      </w:r>
      <w:proofErr w:type="spellEnd"/>
      <w:r>
        <w:rPr>
          <w:b/>
        </w:rPr>
        <w:t xml:space="preserve"> 5</w:t>
      </w:r>
    </w:p>
    <w:p w14:paraId="5F47968F" w14:textId="77777777" w:rsidR="00294B7A" w:rsidRDefault="00F806CF">
      <w:pPr>
        <w:spacing w:after="40" w:line="240" w:lineRule="auto"/>
      </w:pPr>
      <w:r>
        <w:t>OŠ VLADIMIRA NAZORA</w:t>
      </w:r>
      <w:r>
        <w:br/>
      </w:r>
      <w:proofErr w:type="spellStart"/>
      <w:r>
        <w:t>Jordanovac</w:t>
      </w:r>
      <w:proofErr w:type="spellEnd"/>
      <w:r>
        <w:t xml:space="preserve"> 23, Zagreb</w:t>
      </w:r>
      <w:r>
        <w:br/>
        <w:t>OIB: 46501469845</w:t>
      </w:r>
    </w:p>
    <w:p w14:paraId="5867C51D" w14:textId="77777777" w:rsidR="00294B7A" w:rsidRDefault="00F806CF">
      <w:pPr>
        <w:spacing w:after="40" w:line="240" w:lineRule="auto"/>
      </w:pPr>
      <w:r>
        <w:t>KLASA: ____________________    URBROJ: ____________________</w:t>
      </w:r>
      <w:r>
        <w:br/>
        <w:t>Zagreb, ____________________</w:t>
      </w:r>
    </w:p>
    <w:p w14:paraId="2001C939" w14:textId="77777777" w:rsidR="00294B7A" w:rsidRDefault="00F806CF">
      <w:pPr>
        <w:pStyle w:val="Title"/>
        <w:spacing w:after="40" w:line="240" w:lineRule="auto"/>
        <w:jc w:val="center"/>
      </w:pPr>
      <w:r>
        <w:t>ODLUKA O PONIŠTENJU POSTUPKA</w:t>
      </w:r>
    </w:p>
    <w:p w14:paraId="7F914175" w14:textId="77777777" w:rsidR="00294B7A" w:rsidRDefault="00F806CF">
      <w:pPr>
        <w:spacing w:after="40" w:line="240" w:lineRule="auto"/>
      </w:pPr>
      <w:r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11.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ravnatelj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Odluku</w:t>
      </w:r>
      <w:proofErr w:type="spellEnd"/>
      <w:r>
        <w:t>.</w:t>
      </w:r>
    </w:p>
    <w:p w14:paraId="028916BA" w14:textId="77777777" w:rsidR="00294B7A" w:rsidRDefault="00F806CF">
      <w:pPr>
        <w:spacing w:after="40" w:line="240" w:lineRule="auto"/>
      </w:pPr>
      <w:proofErr w:type="spellStart"/>
      <w:r>
        <w:t>Poništava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>:</w:t>
      </w:r>
    </w:p>
    <w:p w14:paraId="60397C5D" w14:textId="77777777" w:rsidR="00294B7A" w:rsidRDefault="00F806CF">
      <w:pPr>
        <w:spacing w:after="40" w:line="240" w:lineRule="auto"/>
      </w:pPr>
      <w:r>
        <w:t>________________________________________________________________</w:t>
      </w:r>
    </w:p>
    <w:p w14:paraId="1864EEBB" w14:textId="77777777" w:rsidR="00294B7A" w:rsidRDefault="00F806CF">
      <w:pPr>
        <w:pStyle w:val="Heading2"/>
        <w:spacing w:before="0" w:after="40" w:line="240" w:lineRule="auto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nabavi</w:t>
      </w:r>
      <w:proofErr w:type="spellEnd"/>
    </w:p>
    <w:p w14:paraId="73273879" w14:textId="77777777" w:rsidR="00294B7A" w:rsidRDefault="00F806CF">
      <w:pPr>
        <w:spacing w:after="40" w:line="240" w:lineRule="auto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nabave</w:t>
      </w:r>
      <w:proofErr w:type="spellEnd"/>
      <w:r>
        <w:t>: __________________________________________________</w:t>
      </w:r>
      <w:r>
        <w:br/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/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EOJN RH: ______________________________</w:t>
      </w:r>
      <w:r>
        <w:br/>
      </w:r>
      <w:proofErr w:type="spellStart"/>
      <w:r>
        <w:t>Procijenjena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bez PDV-a: ____________________ EUR</w:t>
      </w:r>
      <w:r>
        <w:br/>
        <w:t xml:space="preserve">Datum </w:t>
      </w:r>
      <w:proofErr w:type="spellStart"/>
      <w:r>
        <w:t>slanja</w:t>
      </w:r>
      <w:proofErr w:type="spellEnd"/>
      <w:r>
        <w:t xml:space="preserve"> /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poziva</w:t>
      </w:r>
      <w:proofErr w:type="spellEnd"/>
      <w:r>
        <w:t>: ________________________________________</w:t>
      </w:r>
    </w:p>
    <w:p w14:paraId="42AE712B" w14:textId="77777777" w:rsidR="00294B7A" w:rsidRDefault="00F806CF">
      <w:pPr>
        <w:pStyle w:val="Heading2"/>
        <w:spacing w:before="0" w:after="40" w:line="240" w:lineRule="auto"/>
      </w:pPr>
      <w:proofErr w:type="spellStart"/>
      <w:r>
        <w:t>Obrazloženje</w:t>
      </w:r>
      <w:proofErr w:type="spellEnd"/>
    </w:p>
    <w:p w14:paraId="39385829" w14:textId="77777777" w:rsidR="00294B7A" w:rsidRDefault="00F806CF">
      <w:pPr>
        <w:spacing w:after="40" w:line="240" w:lineRule="auto"/>
      </w:pPr>
      <w:proofErr w:type="spellStart"/>
      <w:r>
        <w:t>Razlog</w:t>
      </w:r>
      <w:proofErr w:type="spellEnd"/>
      <w:r>
        <w:t xml:space="preserve"> </w:t>
      </w:r>
      <w:proofErr w:type="spellStart"/>
      <w:r>
        <w:t>poništenja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11. </w:t>
      </w:r>
      <w:proofErr w:type="spellStart"/>
      <w:r>
        <w:t>Pravilnika</w:t>
      </w:r>
      <w:proofErr w:type="spellEnd"/>
      <w:r>
        <w:t>:</w:t>
      </w:r>
    </w:p>
    <w:p w14:paraId="419AF90E" w14:textId="77777777" w:rsidR="00294B7A" w:rsidRDefault="00F806CF">
      <w:pPr>
        <w:spacing w:after="40" w:line="240" w:lineRule="auto"/>
      </w:pPr>
      <w:r>
        <w:t>________________________________________________________________</w:t>
      </w:r>
    </w:p>
    <w:p w14:paraId="715177F5" w14:textId="77777777" w:rsidR="00294B7A" w:rsidRDefault="00F806CF">
      <w:pPr>
        <w:spacing w:after="40" w:line="240" w:lineRule="auto"/>
      </w:pPr>
      <w:r>
        <w:t>________________________________________________________________</w:t>
      </w:r>
    </w:p>
    <w:p w14:paraId="5D73E518" w14:textId="77777777" w:rsidR="00294B7A" w:rsidRDefault="00F806CF">
      <w:pPr>
        <w:spacing w:after="40" w:line="240" w:lineRule="auto"/>
      </w:pP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temelji</w:t>
      </w:r>
      <w:proofErr w:type="spellEnd"/>
      <w:r>
        <w:t>:</w:t>
      </w:r>
    </w:p>
    <w:p w14:paraId="4228A38F" w14:textId="77777777" w:rsidR="00294B7A" w:rsidRDefault="00F806CF">
      <w:pPr>
        <w:spacing w:after="40" w:line="240" w:lineRule="auto"/>
      </w:pPr>
      <w:r>
        <w:t>________________________________________________________________</w:t>
      </w:r>
    </w:p>
    <w:p w14:paraId="2C17769F" w14:textId="77777777" w:rsidR="00294B7A" w:rsidRDefault="00F806CF">
      <w:pPr>
        <w:spacing w:after="40" w:line="240" w:lineRule="auto"/>
      </w:pPr>
      <w:r>
        <w:t>________________________________________________________________</w:t>
      </w:r>
    </w:p>
    <w:p w14:paraId="1B2E8B27" w14:textId="77777777" w:rsidR="00294B7A" w:rsidRDefault="00F806CF">
      <w:pPr>
        <w:spacing w:after="40" w:line="240" w:lineRule="auto"/>
      </w:pPr>
      <w:r>
        <w:t>________________________________________________________________</w:t>
      </w:r>
    </w:p>
    <w:p w14:paraId="639D2564" w14:textId="77777777" w:rsidR="00294B7A" w:rsidRDefault="00F806CF">
      <w:pPr>
        <w:spacing w:after="40" w:line="240" w:lineRule="auto"/>
      </w:pPr>
      <w:r>
        <w:t>________________________________________________________________</w:t>
      </w:r>
    </w:p>
    <w:p w14:paraId="1EB05F72" w14:textId="77777777" w:rsidR="00294B7A" w:rsidRDefault="00F806CF">
      <w:pPr>
        <w:pStyle w:val="Heading2"/>
        <w:spacing w:before="0" w:after="40" w:line="240" w:lineRule="auto"/>
      </w:pPr>
      <w:proofErr w:type="spellStart"/>
      <w:r>
        <w:t>Dostava</w:t>
      </w:r>
      <w:proofErr w:type="spellEnd"/>
      <w:r>
        <w:t xml:space="preserve"> </w:t>
      </w:r>
      <w:proofErr w:type="spellStart"/>
      <w:r>
        <w:t>odluke</w:t>
      </w:r>
      <w:proofErr w:type="spellEnd"/>
    </w:p>
    <w:p w14:paraId="6F4A6464" w14:textId="77777777" w:rsidR="00294B7A" w:rsidRDefault="00F806CF">
      <w:pPr>
        <w:spacing w:after="40" w:line="240" w:lineRule="auto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poništava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Odluka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gospodarskim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preuzeli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poništava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ponuditeljima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pravodobno</w:t>
      </w:r>
      <w:proofErr w:type="spellEnd"/>
      <w:r>
        <w:t xml:space="preserve"> </w:t>
      </w:r>
      <w:proofErr w:type="spellStart"/>
      <w:r>
        <w:t>dostavili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. </w:t>
      </w:r>
      <w:proofErr w:type="spellStart"/>
      <w:r>
        <w:t>Dostava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elektroničkim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7. </w:t>
      </w:r>
      <w:proofErr w:type="spellStart"/>
      <w:r>
        <w:t>Pravilnika</w:t>
      </w:r>
      <w:proofErr w:type="spellEnd"/>
      <w:r>
        <w:t xml:space="preserve">. Za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15.000,00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se </w:t>
      </w:r>
      <w:proofErr w:type="spellStart"/>
      <w:r>
        <w:t>objavljuje</w:t>
      </w:r>
      <w:proofErr w:type="spellEnd"/>
      <w:r>
        <w:t xml:space="preserve"> u </w:t>
      </w:r>
      <w:proofErr w:type="spellStart"/>
      <w:r>
        <w:t>modulu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RH.</w:t>
      </w:r>
    </w:p>
    <w:p w14:paraId="13FA3137" w14:textId="77777777" w:rsidR="00294B7A" w:rsidRDefault="00F806CF">
      <w:pPr>
        <w:pStyle w:val="Heading2"/>
        <w:spacing w:before="0" w:after="40" w:line="240" w:lineRule="auto"/>
      </w:pPr>
      <w:proofErr w:type="spellStart"/>
      <w:r>
        <w:t>Uputa</w:t>
      </w:r>
      <w:proofErr w:type="spellEnd"/>
      <w:r>
        <w:t xml:space="preserve"> o </w:t>
      </w:r>
      <w:proofErr w:type="spellStart"/>
      <w:r>
        <w:t>prigovoru</w:t>
      </w:r>
      <w:proofErr w:type="spellEnd"/>
    </w:p>
    <w:p w14:paraId="003EB937" w14:textId="77777777" w:rsidR="00294B7A" w:rsidRDefault="00F806CF">
      <w:pPr>
        <w:spacing w:after="40" w:line="240" w:lineRule="auto"/>
        <w:jc w:val="both"/>
      </w:pPr>
      <w:r>
        <w:t xml:space="preserve">Za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15.000,00 </w:t>
      </w:r>
      <w:proofErr w:type="spellStart"/>
      <w:r>
        <w:t>eura</w:t>
      </w:r>
      <w:proofErr w:type="spellEnd"/>
      <w:r>
        <w:t xml:space="preserve">: </w:t>
      </w:r>
      <w:proofErr w:type="spellStart"/>
      <w:r>
        <w:t>gospodarski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za </w:t>
      </w:r>
      <w:proofErr w:type="spellStart"/>
      <w:r>
        <w:t>dobivanje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narudžbenice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pretrpio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pretrpjeti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navodnog</w:t>
      </w:r>
      <w:proofErr w:type="spellEnd"/>
      <w:r>
        <w:t xml:space="preserve"> </w:t>
      </w:r>
      <w:proofErr w:type="spellStart"/>
      <w:r>
        <w:t>kršenja</w:t>
      </w:r>
      <w:proofErr w:type="spellEnd"/>
      <w:r>
        <w:t xml:space="preserve"> </w:t>
      </w:r>
      <w:proofErr w:type="spellStart"/>
      <w:r>
        <w:t>subjektivnih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ravnatelju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EOJN RH. Na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je </w:t>
      </w:r>
      <w:proofErr w:type="spellStart"/>
      <w:r>
        <w:t>dopušten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neotklanjanja</w:t>
      </w:r>
      <w:proofErr w:type="spellEnd"/>
      <w:r>
        <w:t xml:space="preserve"> </w:t>
      </w:r>
      <w:proofErr w:type="spellStart"/>
      <w:r>
        <w:t>nezakonitosti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12. </w:t>
      </w:r>
      <w:proofErr w:type="spellStart"/>
      <w:r>
        <w:t>Pravilnika</w:t>
      </w:r>
      <w:proofErr w:type="spellEnd"/>
      <w:r>
        <w:t xml:space="preserve">. Na </w:t>
      </w:r>
      <w:proofErr w:type="spellStart"/>
      <w:r>
        <w:t>produljenje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istek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članak</w:t>
      </w:r>
      <w:proofErr w:type="spellEnd"/>
      <w:r>
        <w:t xml:space="preserve"> 12. </w:t>
      </w:r>
      <w:proofErr w:type="spellStart"/>
      <w:r>
        <w:t>Pravilnika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članak</w:t>
      </w:r>
      <w:proofErr w:type="spellEnd"/>
      <w:r>
        <w:t xml:space="preserve"> 12.a </w:t>
      </w:r>
      <w:proofErr w:type="spellStart"/>
      <w:r>
        <w:t>Pravilnika</w:t>
      </w:r>
      <w:proofErr w:type="spellEnd"/>
      <w:r>
        <w:t xml:space="preserve">. </w:t>
      </w:r>
      <w:proofErr w:type="spellStart"/>
      <w:r>
        <w:t>Podneseni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odgađa</w:t>
      </w:r>
      <w:proofErr w:type="spellEnd"/>
      <w:r>
        <w:t xml:space="preserve">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narudžbenice</w:t>
      </w:r>
      <w:proofErr w:type="spellEnd"/>
      <w:r>
        <w:t xml:space="preserve"> do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prigovoru</w:t>
      </w:r>
      <w:proofErr w:type="spellEnd"/>
      <w:r>
        <w:t>.</w:t>
      </w:r>
    </w:p>
    <w:p w14:paraId="0154293C" w14:textId="77777777" w:rsidR="00294B7A" w:rsidRDefault="00F806CF">
      <w:pPr>
        <w:spacing w:after="40" w:line="240" w:lineRule="auto"/>
        <w:jc w:val="both"/>
      </w:pPr>
      <w:r>
        <w:t xml:space="preserve">Za </w:t>
      </w:r>
      <w:proofErr w:type="spellStart"/>
      <w:r>
        <w:t>nabave</w:t>
      </w:r>
      <w:proofErr w:type="spellEnd"/>
      <w:r>
        <w:t xml:space="preserve"> do </w:t>
      </w:r>
      <w:proofErr w:type="spellStart"/>
      <w:r>
        <w:t>uključivo</w:t>
      </w:r>
      <w:proofErr w:type="spellEnd"/>
      <w:r>
        <w:t xml:space="preserve"> 15.000,00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odlomak</w:t>
      </w:r>
      <w:proofErr w:type="spellEnd"/>
      <w:r>
        <w:t xml:space="preserve"> </w:t>
      </w:r>
      <w:proofErr w:type="spellStart"/>
      <w:r>
        <w:t>upute</w:t>
      </w:r>
      <w:proofErr w:type="spellEnd"/>
      <w:r>
        <w:t xml:space="preserve"> </w:t>
      </w:r>
      <w:proofErr w:type="spellStart"/>
      <w:r>
        <w:t>briše</w:t>
      </w:r>
      <w:proofErr w:type="spellEnd"/>
      <w:r>
        <w:t xml:space="preserve"> se;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12.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>.</w:t>
      </w:r>
    </w:p>
    <w:p w14:paraId="14BE8365" w14:textId="77777777" w:rsidR="00294B7A" w:rsidRDefault="00294B7A">
      <w:pPr>
        <w:spacing w:after="40" w:line="240" w:lineRule="auto"/>
      </w:pPr>
    </w:p>
    <w:p w14:paraId="6BC37C10" w14:textId="77777777" w:rsidR="00294B7A" w:rsidRDefault="00F806CF">
      <w:pPr>
        <w:keepNext/>
        <w:spacing w:after="40" w:line="240" w:lineRule="auto"/>
        <w:jc w:val="right"/>
      </w:pPr>
      <w:proofErr w:type="spellStart"/>
      <w:r>
        <w:t>Ravnatelj</w:t>
      </w:r>
      <w:proofErr w:type="spellEnd"/>
    </w:p>
    <w:p w14:paraId="457B6414" w14:textId="77777777" w:rsidR="00294B7A" w:rsidRDefault="00F806CF">
      <w:pPr>
        <w:spacing w:after="40" w:line="240" w:lineRule="auto"/>
        <w:jc w:val="right"/>
      </w:pPr>
      <w:r>
        <w:t>________________________________</w:t>
      </w:r>
    </w:p>
    <w:sectPr w:rsidR="00294B7A" w:rsidSect="00034616">
      <w:footerReference w:type="default" r:id="rId8"/>
      <w:pgSz w:w="11906" w:h="16838"/>
      <w:pgMar w:top="1134" w:right="1361" w:bottom="1134" w:left="1361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DB0A6" w14:textId="77777777" w:rsidR="002B1430" w:rsidRDefault="002B1430">
      <w:pPr>
        <w:spacing w:after="0" w:line="240" w:lineRule="auto"/>
      </w:pPr>
      <w:r>
        <w:separator/>
      </w:r>
    </w:p>
  </w:endnote>
  <w:endnote w:type="continuationSeparator" w:id="0">
    <w:p w14:paraId="3D454B9A" w14:textId="77777777" w:rsidR="002B1430" w:rsidRDefault="002B1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DB600" w14:textId="77777777" w:rsidR="00294B7A" w:rsidRDefault="00F806CF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21ACC" w14:textId="77777777" w:rsidR="002B1430" w:rsidRDefault="002B1430">
      <w:pPr>
        <w:spacing w:after="0" w:line="240" w:lineRule="auto"/>
      </w:pPr>
      <w:r>
        <w:separator/>
      </w:r>
    </w:p>
  </w:footnote>
  <w:footnote w:type="continuationSeparator" w:id="0">
    <w:p w14:paraId="59A9004B" w14:textId="77777777" w:rsidR="002B1430" w:rsidRDefault="002B14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4B7A"/>
    <w:rsid w:val="0029639D"/>
    <w:rsid w:val="002B1430"/>
    <w:rsid w:val="00326F90"/>
    <w:rsid w:val="00516CB6"/>
    <w:rsid w:val="007E481D"/>
    <w:rsid w:val="00AA1D8D"/>
    <w:rsid w:val="00B47730"/>
    <w:rsid w:val="00CB0664"/>
    <w:rsid w:val="00F806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36F5BF"/>
  <w14:defaultImageDpi w14:val="300"/>
  <w15:docId w15:val="{7CF330A9-8E57-4721-9B2A-4DEB78C9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8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4344</Words>
  <Characters>24764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Pravilnik o provedbi postupaka jednostavne nabave</dc:title>
  <dc:subject/>
  <dc:creator>Osnovna škola Vladimira Nazora</dc:creator>
  <cp:keywords/>
  <dc:description>generated by python-docx</dc:description>
  <cp:lastModifiedBy>Andrej Mirković</cp:lastModifiedBy>
  <cp:revision>3</cp:revision>
  <dcterms:created xsi:type="dcterms:W3CDTF">2013-12-23T23:15:00Z</dcterms:created>
  <dcterms:modified xsi:type="dcterms:W3CDTF">2026-10-23T09:21:00Z</dcterms:modified>
  <cp:category/>
</cp:coreProperties>
</file>